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EA4397" w14:textId="77777777" w:rsidR="008D4396" w:rsidRPr="008D4396" w:rsidRDefault="008D4396" w:rsidP="008D4396">
      <w:pPr>
        <w:spacing w:before="100" w:beforeAutospacing="1" w:after="100" w:afterAutospacing="1"/>
        <w:rPr>
          <w:rFonts w:asciiTheme="majorHAnsi" w:eastAsia="Times New Roman" w:hAnsiTheme="majorHAnsi" w:cstheme="majorHAnsi"/>
          <w:color w:val="000000"/>
          <w:lang w:val="sv-SE" w:eastAsia="sv-SE"/>
        </w:rPr>
      </w:pPr>
      <w:proofErr w:type="spellStart"/>
      <w:r w:rsidRPr="008D4396">
        <w:rPr>
          <w:rStyle w:val="Stark"/>
          <w:rFonts w:ascii="Calibri" w:hAnsi="Calibri" w:cs="Calibri"/>
          <w:color w:val="0070C0"/>
          <w:sz w:val="24"/>
          <w:szCs w:val="24"/>
        </w:rPr>
        <w:t>Behaviour</w:t>
      </w:r>
      <w:proofErr w:type="spellEnd"/>
      <w:r w:rsidRPr="008D4396">
        <w:rPr>
          <w:rStyle w:val="Stark"/>
          <w:rFonts w:ascii="Calibri" w:hAnsi="Calibri" w:cs="Calibri"/>
          <w:color w:val="0070C0"/>
          <w:sz w:val="24"/>
          <w:szCs w:val="24"/>
        </w:rPr>
        <w:t xml:space="preserve"> </w:t>
      </w:r>
      <w:proofErr w:type="spellStart"/>
      <w:r w:rsidRPr="008D4396">
        <w:rPr>
          <w:rStyle w:val="Stark"/>
          <w:rFonts w:ascii="Calibri" w:hAnsi="Calibri" w:cs="Calibri"/>
          <w:color w:val="0070C0"/>
          <w:sz w:val="24"/>
          <w:szCs w:val="24"/>
        </w:rPr>
        <w:t>Assessment</w:t>
      </w:r>
      <w:proofErr w:type="spellEnd"/>
      <w:r w:rsidRPr="008D4396">
        <w:rPr>
          <w:rStyle w:val="Stark"/>
          <w:rFonts w:ascii="Calibri" w:hAnsi="Calibri" w:cs="Calibri"/>
          <w:color w:val="0070C0"/>
          <w:sz w:val="24"/>
          <w:szCs w:val="24"/>
        </w:rPr>
        <w:t xml:space="preserve"> Form</w:t>
      </w:r>
      <w:r>
        <w:rPr>
          <w:rStyle w:val="Stark"/>
          <w:rFonts w:ascii="Calibri" w:hAnsi="Calibri" w:cs="Calibri"/>
          <w:color w:val="0070C0"/>
        </w:rPr>
        <w:br/>
      </w:r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 xml:space="preserve">To </w:t>
      </w:r>
      <w:proofErr w:type="spellStart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>provide</w:t>
      </w:r>
      <w:proofErr w:type="spellEnd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 xml:space="preserve"> </w:t>
      </w:r>
      <w:proofErr w:type="spellStart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>you</w:t>
      </w:r>
      <w:proofErr w:type="spellEnd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 xml:space="preserve"> and </w:t>
      </w:r>
      <w:proofErr w:type="spellStart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>your</w:t>
      </w:r>
      <w:proofErr w:type="spellEnd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 xml:space="preserve"> dog </w:t>
      </w:r>
      <w:proofErr w:type="spellStart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>with</w:t>
      </w:r>
      <w:proofErr w:type="spellEnd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 xml:space="preserve"> the best </w:t>
      </w:r>
      <w:proofErr w:type="spellStart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>possible</w:t>
      </w:r>
      <w:proofErr w:type="spellEnd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 xml:space="preserve"> support, </w:t>
      </w:r>
      <w:proofErr w:type="spellStart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>please</w:t>
      </w:r>
      <w:proofErr w:type="spellEnd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 xml:space="preserve"> </w:t>
      </w:r>
      <w:proofErr w:type="spellStart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>fill</w:t>
      </w:r>
      <w:proofErr w:type="spellEnd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 xml:space="preserve"> </w:t>
      </w:r>
      <w:proofErr w:type="spellStart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>out</w:t>
      </w:r>
      <w:proofErr w:type="spellEnd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 xml:space="preserve"> </w:t>
      </w:r>
      <w:proofErr w:type="spellStart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>this</w:t>
      </w:r>
      <w:proofErr w:type="spellEnd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 xml:space="preserve"> form </w:t>
      </w:r>
      <w:proofErr w:type="spellStart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>before</w:t>
      </w:r>
      <w:proofErr w:type="spellEnd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 xml:space="preserve"> </w:t>
      </w:r>
      <w:proofErr w:type="spellStart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>your</w:t>
      </w:r>
      <w:proofErr w:type="spellEnd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 xml:space="preserve"> </w:t>
      </w:r>
      <w:proofErr w:type="spellStart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>assessment</w:t>
      </w:r>
      <w:proofErr w:type="spellEnd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>.</w:t>
      </w:r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br/>
      </w:r>
      <w:proofErr w:type="spellStart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>Your</w:t>
      </w:r>
      <w:proofErr w:type="spellEnd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 xml:space="preserve"> </w:t>
      </w:r>
      <w:proofErr w:type="spellStart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>answers</w:t>
      </w:r>
      <w:proofErr w:type="spellEnd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 xml:space="preserve"> </w:t>
      </w:r>
      <w:proofErr w:type="spellStart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>give</w:t>
      </w:r>
      <w:proofErr w:type="spellEnd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 xml:space="preserve"> </w:t>
      </w:r>
      <w:proofErr w:type="spellStart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>me</w:t>
      </w:r>
      <w:proofErr w:type="spellEnd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 xml:space="preserve"> a </w:t>
      </w:r>
      <w:proofErr w:type="spellStart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>clearer</w:t>
      </w:r>
      <w:proofErr w:type="spellEnd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 xml:space="preserve"> </w:t>
      </w:r>
      <w:proofErr w:type="spellStart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>understanding</w:t>
      </w:r>
      <w:proofErr w:type="spellEnd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 xml:space="preserve"> </w:t>
      </w:r>
      <w:proofErr w:type="spellStart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>of</w:t>
      </w:r>
      <w:proofErr w:type="spellEnd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 xml:space="preserve"> </w:t>
      </w:r>
      <w:proofErr w:type="spellStart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>your</w:t>
      </w:r>
      <w:proofErr w:type="spellEnd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 xml:space="preserve"> </w:t>
      </w:r>
      <w:proofErr w:type="spellStart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>dog’s</w:t>
      </w:r>
      <w:proofErr w:type="spellEnd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 xml:space="preserve"> </w:t>
      </w:r>
      <w:proofErr w:type="spellStart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>background</w:t>
      </w:r>
      <w:proofErr w:type="spellEnd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 xml:space="preserve">, </w:t>
      </w:r>
      <w:proofErr w:type="spellStart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>behaviour</w:t>
      </w:r>
      <w:proofErr w:type="spellEnd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 xml:space="preserve"> and </w:t>
      </w:r>
      <w:proofErr w:type="spellStart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>daily</w:t>
      </w:r>
      <w:proofErr w:type="spellEnd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 xml:space="preserve"> </w:t>
      </w:r>
      <w:proofErr w:type="spellStart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>life</w:t>
      </w:r>
      <w:proofErr w:type="spellEnd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 xml:space="preserve"> – </w:t>
      </w:r>
      <w:proofErr w:type="spellStart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>which</w:t>
      </w:r>
      <w:proofErr w:type="spellEnd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 xml:space="preserve"> </w:t>
      </w:r>
      <w:proofErr w:type="spellStart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>helps</w:t>
      </w:r>
      <w:proofErr w:type="spellEnd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 xml:space="preserve"> </w:t>
      </w:r>
      <w:proofErr w:type="spellStart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>us</w:t>
      </w:r>
      <w:proofErr w:type="spellEnd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 xml:space="preserve"> focus on the right areas from the start.</w:t>
      </w:r>
    </w:p>
    <w:p w14:paraId="4E2FFA4E" w14:textId="77777777" w:rsidR="008D4396" w:rsidRPr="008D4396" w:rsidRDefault="008D4396" w:rsidP="008D4396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000000"/>
          <w:lang w:val="sv-SE" w:eastAsia="sv-SE"/>
        </w:rPr>
      </w:pPr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 xml:space="preserve">The </w:t>
      </w:r>
      <w:proofErr w:type="spellStart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>goal</w:t>
      </w:r>
      <w:proofErr w:type="spellEnd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 xml:space="preserve"> is to </w:t>
      </w:r>
      <w:proofErr w:type="spellStart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>create</w:t>
      </w:r>
      <w:proofErr w:type="spellEnd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 xml:space="preserve"> a plan </w:t>
      </w:r>
      <w:proofErr w:type="spellStart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>that</w:t>
      </w:r>
      <w:proofErr w:type="spellEnd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 xml:space="preserve"> is </w:t>
      </w:r>
      <w:proofErr w:type="spellStart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>tailored</w:t>
      </w:r>
      <w:proofErr w:type="spellEnd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 xml:space="preserve"> to </w:t>
      </w:r>
      <w:proofErr w:type="spellStart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>your</w:t>
      </w:r>
      <w:proofErr w:type="spellEnd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 xml:space="preserve"> </w:t>
      </w:r>
      <w:proofErr w:type="spellStart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>dog’s</w:t>
      </w:r>
      <w:proofErr w:type="spellEnd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 xml:space="preserve"> </w:t>
      </w:r>
      <w:proofErr w:type="spellStart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>individual</w:t>
      </w:r>
      <w:proofErr w:type="spellEnd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 xml:space="preserve"> </w:t>
      </w:r>
      <w:proofErr w:type="spellStart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>needs</w:t>
      </w:r>
      <w:proofErr w:type="spellEnd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 xml:space="preserve"> and emotional </w:t>
      </w:r>
      <w:proofErr w:type="spellStart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>state</w:t>
      </w:r>
      <w:proofErr w:type="spellEnd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>.</w:t>
      </w:r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br/>
        <w:t xml:space="preserve">The </w:t>
      </w:r>
      <w:proofErr w:type="spellStart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>more</w:t>
      </w:r>
      <w:proofErr w:type="spellEnd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 xml:space="preserve"> </w:t>
      </w:r>
      <w:proofErr w:type="spellStart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>detailed</w:t>
      </w:r>
      <w:proofErr w:type="spellEnd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 xml:space="preserve"> </w:t>
      </w:r>
      <w:proofErr w:type="spellStart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>you</w:t>
      </w:r>
      <w:proofErr w:type="spellEnd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 xml:space="preserve"> </w:t>
      </w:r>
      <w:proofErr w:type="spellStart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>are</w:t>
      </w:r>
      <w:proofErr w:type="spellEnd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 xml:space="preserve"> in </w:t>
      </w:r>
      <w:proofErr w:type="spellStart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>your</w:t>
      </w:r>
      <w:proofErr w:type="spellEnd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 xml:space="preserve"> </w:t>
      </w:r>
      <w:proofErr w:type="spellStart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>responses</w:t>
      </w:r>
      <w:proofErr w:type="spellEnd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 xml:space="preserve">, the </w:t>
      </w:r>
      <w:proofErr w:type="spellStart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>better</w:t>
      </w:r>
      <w:proofErr w:type="spellEnd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 xml:space="preserve"> I </w:t>
      </w:r>
      <w:proofErr w:type="spellStart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>can</w:t>
      </w:r>
      <w:proofErr w:type="spellEnd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 xml:space="preserve"> support </w:t>
      </w:r>
      <w:proofErr w:type="spellStart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>you</w:t>
      </w:r>
      <w:proofErr w:type="spellEnd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 xml:space="preserve"> </w:t>
      </w:r>
      <w:proofErr w:type="spellStart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>both</w:t>
      </w:r>
      <w:proofErr w:type="spellEnd"/>
      <w:r w:rsidRPr="008D4396">
        <w:rPr>
          <w:rFonts w:asciiTheme="majorHAnsi" w:eastAsia="Times New Roman" w:hAnsiTheme="majorHAnsi" w:cstheme="majorHAnsi"/>
          <w:color w:val="000000"/>
          <w:lang w:val="sv-SE" w:eastAsia="sv-SE"/>
        </w:rPr>
        <w:t>.</w:t>
      </w:r>
    </w:p>
    <w:p w14:paraId="21A26552" w14:textId="77777777" w:rsidR="008D4396" w:rsidRPr="008D4396" w:rsidRDefault="008D4396" w:rsidP="008D4396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000000"/>
          <w:lang w:val="sv-SE" w:eastAsia="sv-SE"/>
        </w:rPr>
      </w:pPr>
      <w:proofErr w:type="spellStart"/>
      <w:r w:rsidRPr="008D4396">
        <w:rPr>
          <w:rFonts w:asciiTheme="majorHAnsi" w:eastAsia="Times New Roman" w:hAnsiTheme="majorHAnsi" w:cstheme="majorHAnsi"/>
          <w:b/>
          <w:bCs/>
          <w:color w:val="000000"/>
          <w:lang w:val="sv-SE" w:eastAsia="sv-SE"/>
        </w:rPr>
        <w:t>You</w:t>
      </w:r>
      <w:proofErr w:type="spellEnd"/>
      <w:r w:rsidRPr="008D4396">
        <w:rPr>
          <w:rFonts w:asciiTheme="majorHAnsi" w:eastAsia="Times New Roman" w:hAnsiTheme="majorHAnsi" w:cstheme="majorHAnsi"/>
          <w:b/>
          <w:bCs/>
          <w:color w:val="000000"/>
          <w:lang w:val="sv-SE" w:eastAsia="sv-SE"/>
        </w:rPr>
        <w:t xml:space="preserve"> </w:t>
      </w:r>
      <w:proofErr w:type="spellStart"/>
      <w:r w:rsidRPr="008D4396">
        <w:rPr>
          <w:rFonts w:asciiTheme="majorHAnsi" w:eastAsia="Times New Roman" w:hAnsiTheme="majorHAnsi" w:cstheme="majorHAnsi"/>
          <w:b/>
          <w:bCs/>
          <w:color w:val="000000"/>
          <w:lang w:val="sv-SE" w:eastAsia="sv-SE"/>
        </w:rPr>
        <w:t>can</w:t>
      </w:r>
      <w:proofErr w:type="spellEnd"/>
      <w:r w:rsidRPr="008D4396">
        <w:rPr>
          <w:rFonts w:asciiTheme="majorHAnsi" w:eastAsia="Times New Roman" w:hAnsiTheme="majorHAnsi" w:cstheme="majorHAnsi"/>
          <w:b/>
          <w:bCs/>
          <w:color w:val="000000"/>
          <w:lang w:val="sv-SE" w:eastAsia="sv-SE"/>
        </w:rPr>
        <w:t xml:space="preserve"> </w:t>
      </w:r>
      <w:proofErr w:type="spellStart"/>
      <w:r w:rsidRPr="008D4396">
        <w:rPr>
          <w:rFonts w:asciiTheme="majorHAnsi" w:eastAsia="Times New Roman" w:hAnsiTheme="majorHAnsi" w:cstheme="majorHAnsi"/>
          <w:b/>
          <w:bCs/>
          <w:color w:val="000000"/>
          <w:lang w:val="sv-SE" w:eastAsia="sv-SE"/>
        </w:rPr>
        <w:t>choose</w:t>
      </w:r>
      <w:proofErr w:type="spellEnd"/>
      <w:r w:rsidRPr="008D4396">
        <w:rPr>
          <w:rFonts w:asciiTheme="majorHAnsi" w:eastAsia="Times New Roman" w:hAnsiTheme="majorHAnsi" w:cstheme="majorHAnsi"/>
          <w:b/>
          <w:bCs/>
          <w:color w:val="000000"/>
          <w:lang w:val="sv-SE" w:eastAsia="sv-SE"/>
        </w:rPr>
        <w:t xml:space="preserve"> </w:t>
      </w:r>
      <w:proofErr w:type="spellStart"/>
      <w:r w:rsidRPr="008D4396">
        <w:rPr>
          <w:rFonts w:asciiTheme="majorHAnsi" w:eastAsia="Times New Roman" w:hAnsiTheme="majorHAnsi" w:cstheme="majorHAnsi"/>
          <w:b/>
          <w:bCs/>
          <w:color w:val="000000"/>
          <w:lang w:val="sv-SE" w:eastAsia="sv-SE"/>
        </w:rPr>
        <w:t>whether</w:t>
      </w:r>
      <w:proofErr w:type="spellEnd"/>
      <w:r w:rsidRPr="008D4396">
        <w:rPr>
          <w:rFonts w:asciiTheme="majorHAnsi" w:eastAsia="Times New Roman" w:hAnsiTheme="majorHAnsi" w:cstheme="majorHAnsi"/>
          <w:b/>
          <w:bCs/>
          <w:color w:val="000000"/>
          <w:lang w:val="sv-SE" w:eastAsia="sv-SE"/>
        </w:rPr>
        <w:t xml:space="preserve"> </w:t>
      </w:r>
      <w:proofErr w:type="spellStart"/>
      <w:r w:rsidRPr="008D4396">
        <w:rPr>
          <w:rFonts w:asciiTheme="majorHAnsi" w:eastAsia="Times New Roman" w:hAnsiTheme="majorHAnsi" w:cstheme="majorHAnsi"/>
          <w:b/>
          <w:bCs/>
          <w:color w:val="000000"/>
          <w:lang w:val="sv-SE" w:eastAsia="sv-SE"/>
        </w:rPr>
        <w:t>you</w:t>
      </w:r>
      <w:proofErr w:type="spellEnd"/>
      <w:r w:rsidRPr="008D4396">
        <w:rPr>
          <w:rFonts w:asciiTheme="majorHAnsi" w:eastAsia="Times New Roman" w:hAnsiTheme="majorHAnsi" w:cstheme="majorHAnsi"/>
          <w:b/>
          <w:bCs/>
          <w:color w:val="000000"/>
          <w:lang w:val="sv-SE" w:eastAsia="sv-SE"/>
        </w:rPr>
        <w:t xml:space="preserve"> </w:t>
      </w:r>
      <w:proofErr w:type="spellStart"/>
      <w:r w:rsidRPr="008D4396">
        <w:rPr>
          <w:rFonts w:asciiTheme="majorHAnsi" w:eastAsia="Times New Roman" w:hAnsiTheme="majorHAnsi" w:cstheme="majorHAnsi"/>
          <w:b/>
          <w:bCs/>
          <w:color w:val="000000"/>
          <w:lang w:val="sv-SE" w:eastAsia="sv-SE"/>
        </w:rPr>
        <w:t>prefer</w:t>
      </w:r>
      <w:proofErr w:type="spellEnd"/>
      <w:r w:rsidRPr="008D4396">
        <w:rPr>
          <w:rFonts w:asciiTheme="majorHAnsi" w:eastAsia="Times New Roman" w:hAnsiTheme="majorHAnsi" w:cstheme="majorHAnsi"/>
          <w:b/>
          <w:bCs/>
          <w:color w:val="000000"/>
          <w:lang w:val="sv-SE" w:eastAsia="sv-SE"/>
        </w:rPr>
        <w:t xml:space="preserve"> to </w:t>
      </w:r>
      <w:proofErr w:type="spellStart"/>
      <w:r w:rsidRPr="008D4396">
        <w:rPr>
          <w:rFonts w:asciiTheme="majorHAnsi" w:eastAsia="Times New Roman" w:hAnsiTheme="majorHAnsi" w:cstheme="majorHAnsi"/>
          <w:b/>
          <w:bCs/>
          <w:color w:val="000000"/>
          <w:lang w:val="sv-SE" w:eastAsia="sv-SE"/>
        </w:rPr>
        <w:t>fill</w:t>
      </w:r>
      <w:proofErr w:type="spellEnd"/>
      <w:r w:rsidRPr="008D4396">
        <w:rPr>
          <w:rFonts w:asciiTheme="majorHAnsi" w:eastAsia="Times New Roman" w:hAnsiTheme="majorHAnsi" w:cstheme="majorHAnsi"/>
          <w:b/>
          <w:bCs/>
          <w:color w:val="000000"/>
          <w:lang w:val="sv-SE" w:eastAsia="sv-SE"/>
        </w:rPr>
        <w:t xml:space="preserve"> </w:t>
      </w:r>
      <w:proofErr w:type="spellStart"/>
      <w:r w:rsidRPr="008D4396">
        <w:rPr>
          <w:rFonts w:asciiTheme="majorHAnsi" w:eastAsia="Times New Roman" w:hAnsiTheme="majorHAnsi" w:cstheme="majorHAnsi"/>
          <w:b/>
          <w:bCs/>
          <w:color w:val="000000"/>
          <w:lang w:val="sv-SE" w:eastAsia="sv-SE"/>
        </w:rPr>
        <w:t>out</w:t>
      </w:r>
      <w:proofErr w:type="spellEnd"/>
      <w:r w:rsidRPr="008D4396">
        <w:rPr>
          <w:rFonts w:asciiTheme="majorHAnsi" w:eastAsia="Times New Roman" w:hAnsiTheme="majorHAnsi" w:cstheme="majorHAnsi"/>
          <w:b/>
          <w:bCs/>
          <w:color w:val="000000"/>
          <w:lang w:val="sv-SE" w:eastAsia="sv-SE"/>
        </w:rPr>
        <w:t xml:space="preserve"> the form and email it to </w:t>
      </w:r>
      <w:proofErr w:type="spellStart"/>
      <w:r w:rsidRPr="008D4396">
        <w:rPr>
          <w:rFonts w:asciiTheme="majorHAnsi" w:eastAsia="Times New Roman" w:hAnsiTheme="majorHAnsi" w:cstheme="majorHAnsi"/>
          <w:b/>
          <w:bCs/>
          <w:color w:val="000000"/>
          <w:lang w:val="sv-SE" w:eastAsia="sv-SE"/>
        </w:rPr>
        <w:t>me</w:t>
      </w:r>
      <w:proofErr w:type="spellEnd"/>
      <w:r w:rsidRPr="008D4396">
        <w:rPr>
          <w:rFonts w:asciiTheme="majorHAnsi" w:eastAsia="Times New Roman" w:hAnsiTheme="majorHAnsi" w:cstheme="majorHAnsi"/>
          <w:b/>
          <w:bCs/>
          <w:color w:val="000000"/>
          <w:lang w:val="sv-SE" w:eastAsia="sv-SE"/>
        </w:rPr>
        <w:t xml:space="preserve"> in </w:t>
      </w:r>
      <w:proofErr w:type="spellStart"/>
      <w:r w:rsidRPr="008D4396">
        <w:rPr>
          <w:rFonts w:asciiTheme="majorHAnsi" w:eastAsia="Times New Roman" w:hAnsiTheme="majorHAnsi" w:cstheme="majorHAnsi"/>
          <w:b/>
          <w:bCs/>
          <w:color w:val="000000"/>
          <w:lang w:val="sv-SE" w:eastAsia="sv-SE"/>
        </w:rPr>
        <w:t>advance</w:t>
      </w:r>
      <w:proofErr w:type="spellEnd"/>
      <w:r w:rsidRPr="008D4396">
        <w:rPr>
          <w:rFonts w:asciiTheme="majorHAnsi" w:eastAsia="Times New Roman" w:hAnsiTheme="majorHAnsi" w:cstheme="majorHAnsi"/>
          <w:b/>
          <w:bCs/>
          <w:color w:val="000000"/>
          <w:lang w:val="sv-SE" w:eastAsia="sv-SE"/>
        </w:rPr>
        <w:t xml:space="preserve"> – or print it and </w:t>
      </w:r>
      <w:proofErr w:type="spellStart"/>
      <w:r w:rsidRPr="008D4396">
        <w:rPr>
          <w:rFonts w:asciiTheme="majorHAnsi" w:eastAsia="Times New Roman" w:hAnsiTheme="majorHAnsi" w:cstheme="majorHAnsi"/>
          <w:b/>
          <w:bCs/>
          <w:color w:val="000000"/>
          <w:lang w:val="sv-SE" w:eastAsia="sv-SE"/>
        </w:rPr>
        <w:t>bring</w:t>
      </w:r>
      <w:proofErr w:type="spellEnd"/>
      <w:r w:rsidRPr="008D4396">
        <w:rPr>
          <w:rFonts w:asciiTheme="majorHAnsi" w:eastAsia="Times New Roman" w:hAnsiTheme="majorHAnsi" w:cstheme="majorHAnsi"/>
          <w:b/>
          <w:bCs/>
          <w:color w:val="000000"/>
          <w:lang w:val="sv-SE" w:eastAsia="sv-SE"/>
        </w:rPr>
        <w:t xml:space="preserve"> it </w:t>
      </w:r>
      <w:proofErr w:type="spellStart"/>
      <w:r w:rsidRPr="008D4396">
        <w:rPr>
          <w:rFonts w:asciiTheme="majorHAnsi" w:eastAsia="Times New Roman" w:hAnsiTheme="majorHAnsi" w:cstheme="majorHAnsi"/>
          <w:b/>
          <w:bCs/>
          <w:color w:val="000000"/>
          <w:lang w:val="sv-SE" w:eastAsia="sv-SE"/>
        </w:rPr>
        <w:t>with</w:t>
      </w:r>
      <w:proofErr w:type="spellEnd"/>
      <w:r w:rsidRPr="008D4396">
        <w:rPr>
          <w:rFonts w:asciiTheme="majorHAnsi" w:eastAsia="Times New Roman" w:hAnsiTheme="majorHAnsi" w:cstheme="majorHAnsi"/>
          <w:b/>
          <w:bCs/>
          <w:color w:val="000000"/>
          <w:lang w:val="sv-SE" w:eastAsia="sv-SE"/>
        </w:rPr>
        <w:t xml:space="preserve"> </w:t>
      </w:r>
      <w:proofErr w:type="spellStart"/>
      <w:r w:rsidRPr="008D4396">
        <w:rPr>
          <w:rFonts w:asciiTheme="majorHAnsi" w:eastAsia="Times New Roman" w:hAnsiTheme="majorHAnsi" w:cstheme="majorHAnsi"/>
          <w:b/>
          <w:bCs/>
          <w:color w:val="000000"/>
          <w:lang w:val="sv-SE" w:eastAsia="sv-SE"/>
        </w:rPr>
        <w:t>you</w:t>
      </w:r>
      <w:proofErr w:type="spellEnd"/>
      <w:r w:rsidRPr="008D4396">
        <w:rPr>
          <w:rFonts w:asciiTheme="majorHAnsi" w:eastAsia="Times New Roman" w:hAnsiTheme="majorHAnsi" w:cstheme="majorHAnsi"/>
          <w:b/>
          <w:bCs/>
          <w:color w:val="000000"/>
          <w:lang w:val="sv-SE" w:eastAsia="sv-SE"/>
        </w:rPr>
        <w:t xml:space="preserve"> to the session.</w:t>
      </w:r>
    </w:p>
    <w:p w14:paraId="131108CA" w14:textId="6E15AC3D" w:rsidR="008D4396" w:rsidRPr="008D4396" w:rsidRDefault="008D4396" w:rsidP="008D4396">
      <w:pPr>
        <w:spacing w:before="100" w:beforeAutospacing="1" w:after="100" w:afterAutospacing="1"/>
        <w:rPr>
          <w:rFonts w:ascii="Calibri" w:hAnsi="Calibri" w:cs="Calibri"/>
          <w:color w:val="000000"/>
        </w:rPr>
      </w:pPr>
      <w:r w:rsidRPr="008D4396">
        <w:rPr>
          <w:rStyle w:val="Stark"/>
          <w:rFonts w:ascii="Calibri" w:hAnsi="Calibri" w:cs="Calibri"/>
          <w:color w:val="0070C0"/>
        </w:rPr>
        <w:t>Basic Information About Your Dog</w:t>
      </w:r>
      <w:r w:rsidRPr="008D4396">
        <w:rPr>
          <w:rFonts w:ascii="Calibri" w:hAnsi="Calibri" w:cs="Calibri"/>
          <w:color w:val="000000"/>
        </w:rPr>
        <w:br/>
        <w:t xml:space="preserve">• </w:t>
      </w:r>
      <w:r w:rsidRPr="008D4396">
        <w:rPr>
          <w:rFonts w:ascii="Calibri" w:hAnsi="Calibri" w:cs="Calibri"/>
          <w:b/>
          <w:bCs/>
          <w:color w:val="000000"/>
        </w:rPr>
        <w:t>Name:</w:t>
      </w:r>
      <w:r w:rsidRPr="008D4396">
        <w:rPr>
          <w:rFonts w:ascii="Calibri" w:hAnsi="Calibri" w:cs="Calibri"/>
          <w:color w:val="000000"/>
        </w:rPr>
        <w:br/>
        <w:t xml:space="preserve">• </w:t>
      </w:r>
      <w:r w:rsidRPr="008D4396">
        <w:rPr>
          <w:rFonts w:ascii="Calibri" w:hAnsi="Calibri" w:cs="Calibri"/>
          <w:b/>
          <w:bCs/>
          <w:color w:val="000000"/>
        </w:rPr>
        <w:t>Age:</w:t>
      </w:r>
      <w:r w:rsidRPr="008D4396">
        <w:rPr>
          <w:rFonts w:ascii="Calibri" w:hAnsi="Calibri" w:cs="Calibri"/>
          <w:color w:val="000000"/>
        </w:rPr>
        <w:br/>
        <w:t xml:space="preserve">• </w:t>
      </w:r>
      <w:r w:rsidRPr="008D4396">
        <w:rPr>
          <w:rFonts w:ascii="Calibri" w:hAnsi="Calibri" w:cs="Calibri"/>
          <w:b/>
          <w:bCs/>
          <w:color w:val="000000"/>
        </w:rPr>
        <w:t>Breed(s):</w:t>
      </w:r>
      <w:r w:rsidRPr="008D4396">
        <w:rPr>
          <w:rFonts w:ascii="Calibri" w:hAnsi="Calibri" w:cs="Calibri"/>
          <w:color w:val="000000"/>
        </w:rPr>
        <w:br/>
        <w:t xml:space="preserve">• </w:t>
      </w:r>
      <w:r w:rsidRPr="008D4396">
        <w:rPr>
          <w:rFonts w:ascii="Calibri" w:hAnsi="Calibri" w:cs="Calibri"/>
          <w:b/>
          <w:bCs/>
          <w:color w:val="000000"/>
        </w:rPr>
        <w:t>Gender:</w:t>
      </w:r>
      <w:r w:rsidRPr="008D4396">
        <w:rPr>
          <w:rFonts w:ascii="Calibri" w:hAnsi="Calibri" w:cs="Calibri"/>
          <w:color w:val="000000"/>
        </w:rPr>
        <w:br/>
        <w:t xml:space="preserve">• </w:t>
      </w:r>
      <w:r w:rsidRPr="008D4396">
        <w:rPr>
          <w:rFonts w:ascii="Calibri" w:hAnsi="Calibri" w:cs="Calibri"/>
          <w:b/>
          <w:bCs/>
          <w:color w:val="000000"/>
        </w:rPr>
        <w:t>Neutered/Spayed:</w:t>
      </w:r>
    </w:p>
    <w:p w14:paraId="526D7EEF" w14:textId="054A6BAA" w:rsidR="008D4396" w:rsidRPr="008D4396" w:rsidRDefault="008D4396" w:rsidP="008D4396">
      <w:pPr>
        <w:rPr>
          <w:rFonts w:ascii="Calibri" w:hAnsi="Calibri" w:cs="Calibri"/>
        </w:rPr>
      </w:pPr>
      <w:r w:rsidRPr="008D4396">
        <w:rPr>
          <w:rFonts w:ascii="Calibri" w:hAnsi="Calibri" w:cs="Calibri"/>
        </w:rPr>
        <w:t>Please answer the questions below before your assessment. Your answers help me tailor the support and training to your dog's needs.</w:t>
      </w:r>
    </w:p>
    <w:p w14:paraId="4DAB7190" w14:textId="77777777" w:rsidR="008D4396" w:rsidRPr="008D4396" w:rsidRDefault="008D4396" w:rsidP="008D4396">
      <w:pPr>
        <w:pStyle w:val="Rubrik1"/>
        <w:spacing w:line="240" w:lineRule="auto"/>
        <w:rPr>
          <w:rFonts w:ascii="Calibri" w:hAnsi="Calibri" w:cs="Calibri"/>
          <w:color w:val="0070C0"/>
          <w:sz w:val="22"/>
          <w:szCs w:val="22"/>
        </w:rPr>
      </w:pPr>
      <w:r w:rsidRPr="008D4396">
        <w:rPr>
          <w:rFonts w:ascii="Calibri" w:hAnsi="Calibri" w:cs="Calibri"/>
          <w:color w:val="0070C0"/>
          <w:sz w:val="22"/>
          <w:szCs w:val="22"/>
        </w:rPr>
        <w:t xml:space="preserve">1. Description of the </w:t>
      </w:r>
      <w:proofErr w:type="spellStart"/>
      <w:r w:rsidRPr="008D4396">
        <w:rPr>
          <w:rFonts w:ascii="Calibri" w:hAnsi="Calibri" w:cs="Calibri"/>
          <w:color w:val="0070C0"/>
          <w:sz w:val="22"/>
          <w:szCs w:val="22"/>
        </w:rPr>
        <w:t>Behaviour</w:t>
      </w:r>
      <w:proofErr w:type="spellEnd"/>
      <w:r w:rsidRPr="008D4396">
        <w:rPr>
          <w:rFonts w:ascii="Calibri" w:hAnsi="Calibri" w:cs="Calibri"/>
          <w:color w:val="0070C0"/>
          <w:sz w:val="22"/>
          <w:szCs w:val="22"/>
        </w:rPr>
        <w:t xml:space="preserve"> Problem</w:t>
      </w:r>
    </w:p>
    <w:p w14:paraId="453079E1" w14:textId="77777777" w:rsidR="008D4396" w:rsidRPr="008D4396" w:rsidRDefault="008D4396" w:rsidP="008D4396">
      <w:pPr>
        <w:pStyle w:val="Punktlista"/>
        <w:spacing w:line="240" w:lineRule="auto"/>
        <w:rPr>
          <w:rFonts w:ascii="Calibri" w:hAnsi="Calibri" w:cs="Calibri"/>
        </w:rPr>
      </w:pPr>
      <w:r w:rsidRPr="008D4396">
        <w:rPr>
          <w:rFonts w:ascii="Calibri" w:hAnsi="Calibri" w:cs="Calibri"/>
        </w:rPr>
        <w:t xml:space="preserve">- Which </w:t>
      </w:r>
      <w:proofErr w:type="spellStart"/>
      <w:r w:rsidRPr="008D4396">
        <w:rPr>
          <w:rFonts w:ascii="Calibri" w:hAnsi="Calibri" w:cs="Calibri"/>
        </w:rPr>
        <w:t>behaviour</w:t>
      </w:r>
      <w:proofErr w:type="spellEnd"/>
      <w:r w:rsidRPr="008D4396">
        <w:rPr>
          <w:rFonts w:ascii="Calibri" w:hAnsi="Calibri" w:cs="Calibri"/>
        </w:rPr>
        <w:t>(s) would you like help with?</w:t>
      </w:r>
    </w:p>
    <w:p w14:paraId="6FC07B09" w14:textId="77777777" w:rsidR="008D4396" w:rsidRPr="008D4396" w:rsidRDefault="008D4396" w:rsidP="008D4396">
      <w:pPr>
        <w:pStyle w:val="Punktlista"/>
        <w:spacing w:line="240" w:lineRule="auto"/>
        <w:rPr>
          <w:rFonts w:ascii="Calibri" w:hAnsi="Calibri" w:cs="Calibri"/>
        </w:rPr>
      </w:pPr>
      <w:r w:rsidRPr="008D4396">
        <w:rPr>
          <w:rFonts w:ascii="Calibri" w:hAnsi="Calibri" w:cs="Calibri"/>
        </w:rPr>
        <w:t xml:space="preserve">- When did you first notice these </w:t>
      </w:r>
      <w:proofErr w:type="spellStart"/>
      <w:r w:rsidRPr="008D4396">
        <w:rPr>
          <w:rFonts w:ascii="Calibri" w:hAnsi="Calibri" w:cs="Calibri"/>
        </w:rPr>
        <w:t>behaviours</w:t>
      </w:r>
      <w:proofErr w:type="spellEnd"/>
      <w:r w:rsidRPr="008D4396">
        <w:rPr>
          <w:rFonts w:ascii="Calibri" w:hAnsi="Calibri" w:cs="Calibri"/>
        </w:rPr>
        <w:t>?</w:t>
      </w:r>
    </w:p>
    <w:p w14:paraId="463D015B" w14:textId="77777777" w:rsidR="008D4396" w:rsidRPr="008D4396" w:rsidRDefault="008D4396" w:rsidP="008D4396">
      <w:pPr>
        <w:pStyle w:val="Punktlista"/>
        <w:spacing w:line="240" w:lineRule="auto"/>
        <w:rPr>
          <w:rFonts w:ascii="Calibri" w:hAnsi="Calibri" w:cs="Calibri"/>
        </w:rPr>
      </w:pPr>
      <w:r w:rsidRPr="008D4396">
        <w:rPr>
          <w:rFonts w:ascii="Calibri" w:hAnsi="Calibri" w:cs="Calibri"/>
        </w:rPr>
        <w:t xml:space="preserve">- How often does the </w:t>
      </w:r>
      <w:proofErr w:type="spellStart"/>
      <w:r w:rsidRPr="008D4396">
        <w:rPr>
          <w:rFonts w:ascii="Calibri" w:hAnsi="Calibri" w:cs="Calibri"/>
        </w:rPr>
        <w:t>behaviour</w:t>
      </w:r>
      <w:proofErr w:type="spellEnd"/>
      <w:r w:rsidRPr="008D4396">
        <w:rPr>
          <w:rFonts w:ascii="Calibri" w:hAnsi="Calibri" w:cs="Calibri"/>
        </w:rPr>
        <w:t xml:space="preserve"> occur?</w:t>
      </w:r>
    </w:p>
    <w:p w14:paraId="2D69C7EB" w14:textId="77777777" w:rsidR="008D4396" w:rsidRPr="008D4396" w:rsidRDefault="008D4396" w:rsidP="008D4396">
      <w:pPr>
        <w:pStyle w:val="Punktlista"/>
        <w:spacing w:line="240" w:lineRule="auto"/>
        <w:rPr>
          <w:rFonts w:ascii="Calibri" w:hAnsi="Calibri" w:cs="Calibri"/>
        </w:rPr>
      </w:pPr>
      <w:r w:rsidRPr="008D4396">
        <w:rPr>
          <w:rFonts w:ascii="Calibri" w:hAnsi="Calibri" w:cs="Calibri"/>
        </w:rPr>
        <w:t>- In what situations does it occur?</w:t>
      </w:r>
    </w:p>
    <w:p w14:paraId="4E273D44" w14:textId="77777777" w:rsidR="008D4396" w:rsidRPr="008D4396" w:rsidRDefault="008D4396" w:rsidP="008D4396">
      <w:pPr>
        <w:pStyle w:val="Punktlista"/>
        <w:spacing w:line="240" w:lineRule="auto"/>
        <w:rPr>
          <w:rFonts w:ascii="Calibri" w:hAnsi="Calibri" w:cs="Calibri"/>
        </w:rPr>
      </w:pPr>
      <w:r w:rsidRPr="008D4396">
        <w:rPr>
          <w:rFonts w:ascii="Calibri" w:hAnsi="Calibri" w:cs="Calibri"/>
        </w:rPr>
        <w:t xml:space="preserve">- How does the </w:t>
      </w:r>
      <w:proofErr w:type="spellStart"/>
      <w:r w:rsidRPr="008D4396">
        <w:rPr>
          <w:rFonts w:ascii="Calibri" w:hAnsi="Calibri" w:cs="Calibri"/>
        </w:rPr>
        <w:t>behaviour</w:t>
      </w:r>
      <w:proofErr w:type="spellEnd"/>
      <w:r w:rsidRPr="008D4396">
        <w:rPr>
          <w:rFonts w:ascii="Calibri" w:hAnsi="Calibri" w:cs="Calibri"/>
        </w:rPr>
        <w:t xml:space="preserve"> affect your everyday life?</w:t>
      </w:r>
    </w:p>
    <w:p w14:paraId="52662AB3" w14:textId="77777777" w:rsidR="008D4396" w:rsidRPr="008D4396" w:rsidRDefault="008D4396" w:rsidP="008D4396">
      <w:pPr>
        <w:pStyle w:val="Punktlista"/>
        <w:spacing w:line="240" w:lineRule="auto"/>
        <w:rPr>
          <w:rFonts w:ascii="Calibri" w:hAnsi="Calibri" w:cs="Calibri"/>
        </w:rPr>
      </w:pPr>
      <w:r w:rsidRPr="008D4396">
        <w:rPr>
          <w:rFonts w:ascii="Calibri" w:hAnsi="Calibri" w:cs="Calibri"/>
        </w:rPr>
        <w:t xml:space="preserve">- Has your dog shown warning </w:t>
      </w:r>
      <w:proofErr w:type="spellStart"/>
      <w:r w:rsidRPr="008D4396">
        <w:rPr>
          <w:rFonts w:ascii="Calibri" w:hAnsi="Calibri" w:cs="Calibri"/>
        </w:rPr>
        <w:t>behaviours</w:t>
      </w:r>
      <w:proofErr w:type="spellEnd"/>
      <w:r w:rsidRPr="008D4396">
        <w:rPr>
          <w:rFonts w:ascii="Calibri" w:hAnsi="Calibri" w:cs="Calibri"/>
        </w:rPr>
        <w:t xml:space="preserve"> like growling, snapping, or biting? In which situations?</w:t>
      </w:r>
    </w:p>
    <w:p w14:paraId="5360D4E9" w14:textId="59B56A86" w:rsidR="008D4396" w:rsidRPr="008D4396" w:rsidRDefault="008D4396" w:rsidP="008D4396">
      <w:pPr>
        <w:pStyle w:val="Punktlista"/>
        <w:spacing w:line="240" w:lineRule="auto"/>
        <w:rPr>
          <w:rFonts w:ascii="Calibri" w:hAnsi="Calibri" w:cs="Calibri"/>
        </w:rPr>
      </w:pPr>
      <w:r w:rsidRPr="008D4396">
        <w:rPr>
          <w:rFonts w:ascii="Calibri" w:hAnsi="Calibri" w:cs="Calibri"/>
        </w:rPr>
        <w:t xml:space="preserve">- Have you already tried anything to address the </w:t>
      </w:r>
      <w:proofErr w:type="spellStart"/>
      <w:r w:rsidRPr="008D4396">
        <w:rPr>
          <w:rFonts w:ascii="Calibri" w:hAnsi="Calibri" w:cs="Calibri"/>
        </w:rPr>
        <w:t>behaviour</w:t>
      </w:r>
      <w:proofErr w:type="spellEnd"/>
      <w:r w:rsidRPr="008D4396">
        <w:rPr>
          <w:rFonts w:ascii="Calibri" w:hAnsi="Calibri" w:cs="Calibri"/>
        </w:rPr>
        <w:t>? What have you tried and how did it work?</w:t>
      </w:r>
    </w:p>
    <w:p w14:paraId="44D4DD63" w14:textId="77777777" w:rsidR="008D4396" w:rsidRPr="008D4396" w:rsidRDefault="008D4396" w:rsidP="008D4396">
      <w:pPr>
        <w:pStyle w:val="Rubrik1"/>
        <w:spacing w:line="240" w:lineRule="auto"/>
        <w:rPr>
          <w:rFonts w:ascii="Calibri" w:hAnsi="Calibri" w:cs="Calibri"/>
          <w:color w:val="0070C0"/>
          <w:sz w:val="22"/>
          <w:szCs w:val="22"/>
        </w:rPr>
      </w:pPr>
      <w:r w:rsidRPr="008D4396">
        <w:rPr>
          <w:rFonts w:ascii="Calibri" w:hAnsi="Calibri" w:cs="Calibri"/>
          <w:color w:val="0070C0"/>
          <w:sz w:val="22"/>
          <w:szCs w:val="22"/>
        </w:rPr>
        <w:t>2. Dog’s Life Situation &amp; Environment</w:t>
      </w:r>
    </w:p>
    <w:p w14:paraId="353E0AA3" w14:textId="77777777" w:rsidR="008D4396" w:rsidRPr="008D4396" w:rsidRDefault="008D4396" w:rsidP="008D4396">
      <w:pPr>
        <w:pStyle w:val="Punktlista"/>
        <w:spacing w:line="240" w:lineRule="auto"/>
        <w:rPr>
          <w:rFonts w:ascii="Calibri" w:hAnsi="Calibri" w:cs="Calibri"/>
        </w:rPr>
      </w:pPr>
      <w:r w:rsidRPr="008D4396">
        <w:rPr>
          <w:rFonts w:ascii="Calibri" w:hAnsi="Calibri" w:cs="Calibri"/>
        </w:rPr>
        <w:t>- What is your living environment like? (e.g. apartment, house, rural, urban)</w:t>
      </w:r>
    </w:p>
    <w:p w14:paraId="282AE9BB" w14:textId="77777777" w:rsidR="008D4396" w:rsidRPr="008D4396" w:rsidRDefault="008D4396" w:rsidP="008D4396">
      <w:pPr>
        <w:pStyle w:val="Punktlista"/>
        <w:spacing w:line="240" w:lineRule="auto"/>
        <w:rPr>
          <w:rFonts w:ascii="Calibri" w:hAnsi="Calibri" w:cs="Calibri"/>
        </w:rPr>
      </w:pPr>
      <w:r w:rsidRPr="008D4396">
        <w:rPr>
          <w:rFonts w:ascii="Calibri" w:hAnsi="Calibri" w:cs="Calibri"/>
        </w:rPr>
        <w:t>- Who lives in the household?</w:t>
      </w:r>
    </w:p>
    <w:p w14:paraId="11556E99" w14:textId="77777777" w:rsidR="008D4396" w:rsidRPr="008D4396" w:rsidRDefault="008D4396" w:rsidP="008D4396">
      <w:pPr>
        <w:pStyle w:val="Punktlista"/>
        <w:spacing w:line="240" w:lineRule="auto"/>
        <w:rPr>
          <w:rFonts w:ascii="Calibri" w:hAnsi="Calibri" w:cs="Calibri"/>
        </w:rPr>
      </w:pPr>
      <w:r w:rsidRPr="008D4396">
        <w:rPr>
          <w:rFonts w:ascii="Calibri" w:hAnsi="Calibri" w:cs="Calibri"/>
        </w:rPr>
        <w:t>- Are there other animals in the household?</w:t>
      </w:r>
    </w:p>
    <w:p w14:paraId="158097E3" w14:textId="77777777" w:rsidR="008D4396" w:rsidRPr="008D4396" w:rsidRDefault="008D4396" w:rsidP="008D4396">
      <w:pPr>
        <w:pStyle w:val="Punktlista"/>
        <w:spacing w:line="240" w:lineRule="auto"/>
        <w:rPr>
          <w:rFonts w:ascii="Calibri" w:hAnsi="Calibri" w:cs="Calibri"/>
        </w:rPr>
      </w:pPr>
      <w:r w:rsidRPr="008D4396">
        <w:rPr>
          <w:rFonts w:ascii="Calibri" w:hAnsi="Calibri" w:cs="Calibri"/>
        </w:rPr>
        <w:t>- How long has the dog lived with you?</w:t>
      </w:r>
    </w:p>
    <w:p w14:paraId="4BE7F804" w14:textId="77777777" w:rsidR="008D4396" w:rsidRDefault="008D4396" w:rsidP="008D4396">
      <w:pPr>
        <w:pStyle w:val="Punktlista"/>
        <w:spacing w:line="240" w:lineRule="auto"/>
        <w:rPr>
          <w:rFonts w:ascii="Calibri" w:hAnsi="Calibri" w:cs="Calibri"/>
        </w:rPr>
      </w:pPr>
      <w:r w:rsidRPr="008D4396">
        <w:rPr>
          <w:rFonts w:ascii="Calibri" w:hAnsi="Calibri" w:cs="Calibri"/>
        </w:rPr>
        <w:t>- What do you know about the dog's previous life (e.g. shelter, street, previous homes)?</w:t>
      </w:r>
    </w:p>
    <w:p w14:paraId="11585921" w14:textId="1AE4117B" w:rsidR="008D4396" w:rsidRPr="008D4396" w:rsidRDefault="008D4396" w:rsidP="008D4396">
      <w:pPr>
        <w:pStyle w:val="Punktlista"/>
        <w:numPr>
          <w:ilvl w:val="0"/>
          <w:numId w:val="0"/>
        </w:numPr>
        <w:spacing w:line="240" w:lineRule="auto"/>
        <w:rPr>
          <w:rFonts w:ascii="Calibri" w:hAnsi="Calibri" w:cs="Calibri"/>
          <w:b/>
          <w:bCs/>
          <w:color w:val="0070C0"/>
        </w:rPr>
      </w:pPr>
      <w:r w:rsidRPr="008D4396">
        <w:rPr>
          <w:rFonts w:ascii="Calibri" w:hAnsi="Calibri" w:cs="Calibri"/>
          <w:b/>
          <w:bCs/>
          <w:color w:val="0070C0"/>
        </w:rPr>
        <w:lastRenderedPageBreak/>
        <w:t>3. Daily Life &amp; Routines</w:t>
      </w:r>
    </w:p>
    <w:p w14:paraId="055FF779" w14:textId="77777777" w:rsidR="008D4396" w:rsidRPr="008D4396" w:rsidRDefault="008D4396" w:rsidP="008D4396">
      <w:pPr>
        <w:pStyle w:val="Punktlista"/>
        <w:spacing w:line="240" w:lineRule="auto"/>
        <w:rPr>
          <w:rFonts w:ascii="Calibri" w:hAnsi="Calibri" w:cs="Calibri"/>
        </w:rPr>
      </w:pPr>
      <w:r w:rsidRPr="008D4396">
        <w:rPr>
          <w:rFonts w:ascii="Calibri" w:hAnsi="Calibri" w:cs="Calibri"/>
        </w:rPr>
        <w:t>- What does a typical day look like for your dog (rest, food, walks, activities)?</w:t>
      </w:r>
    </w:p>
    <w:p w14:paraId="4DA57E13" w14:textId="77777777" w:rsidR="008D4396" w:rsidRPr="008D4396" w:rsidRDefault="008D4396" w:rsidP="008D4396">
      <w:pPr>
        <w:pStyle w:val="Punktlista"/>
        <w:spacing w:line="240" w:lineRule="auto"/>
        <w:rPr>
          <w:rFonts w:ascii="Calibri" w:hAnsi="Calibri" w:cs="Calibri"/>
        </w:rPr>
      </w:pPr>
      <w:r w:rsidRPr="008D4396">
        <w:rPr>
          <w:rFonts w:ascii="Calibri" w:hAnsi="Calibri" w:cs="Calibri"/>
        </w:rPr>
        <w:t>- How long is your dog left alone each day?</w:t>
      </w:r>
    </w:p>
    <w:p w14:paraId="60E283AE" w14:textId="77777777" w:rsidR="008D4396" w:rsidRPr="008D4396" w:rsidRDefault="008D4396" w:rsidP="008D4396">
      <w:pPr>
        <w:pStyle w:val="Punktlista"/>
        <w:spacing w:line="240" w:lineRule="auto"/>
        <w:rPr>
          <w:rFonts w:ascii="Calibri" w:hAnsi="Calibri" w:cs="Calibri"/>
        </w:rPr>
      </w:pPr>
      <w:r w:rsidRPr="008D4396">
        <w:rPr>
          <w:rFonts w:ascii="Calibri" w:hAnsi="Calibri" w:cs="Calibri"/>
        </w:rPr>
        <w:t>- How is your dog mentally stimulated (scent work, problem-solving, etc.)?</w:t>
      </w:r>
    </w:p>
    <w:p w14:paraId="6CE28FD0" w14:textId="77777777" w:rsidR="008D4396" w:rsidRPr="008D4396" w:rsidRDefault="008D4396" w:rsidP="008D4396">
      <w:pPr>
        <w:pStyle w:val="Punktlista"/>
        <w:spacing w:line="240" w:lineRule="auto"/>
        <w:rPr>
          <w:rFonts w:ascii="Calibri" w:hAnsi="Calibri" w:cs="Calibri"/>
        </w:rPr>
      </w:pPr>
      <w:r w:rsidRPr="008D4396">
        <w:rPr>
          <w:rFonts w:ascii="Calibri" w:hAnsi="Calibri" w:cs="Calibri"/>
        </w:rPr>
        <w:t>- Does your dog have a safe space to retreat to?</w:t>
      </w:r>
    </w:p>
    <w:p w14:paraId="770DC4FD" w14:textId="5CE6C8A2" w:rsidR="008D4396" w:rsidRPr="008D4396" w:rsidRDefault="008D4396" w:rsidP="008D4396">
      <w:pPr>
        <w:pStyle w:val="Punktlista"/>
        <w:spacing w:line="240" w:lineRule="auto"/>
        <w:rPr>
          <w:rFonts w:ascii="Calibri" w:hAnsi="Calibri" w:cs="Calibri"/>
        </w:rPr>
      </w:pPr>
      <w:r w:rsidRPr="008D4396">
        <w:rPr>
          <w:rFonts w:ascii="Calibri" w:hAnsi="Calibri" w:cs="Calibri"/>
        </w:rPr>
        <w:t>- How can you tell your dog feels safe?</w:t>
      </w:r>
    </w:p>
    <w:p w14:paraId="664B078F" w14:textId="77777777" w:rsidR="008D4396" w:rsidRPr="008D4396" w:rsidRDefault="008D4396" w:rsidP="008D4396">
      <w:pPr>
        <w:pStyle w:val="Rubrik1"/>
        <w:spacing w:line="240" w:lineRule="auto"/>
        <w:rPr>
          <w:rFonts w:ascii="Calibri" w:hAnsi="Calibri" w:cs="Calibri"/>
          <w:color w:val="0070C0"/>
          <w:sz w:val="22"/>
          <w:szCs w:val="22"/>
        </w:rPr>
      </w:pPr>
      <w:r w:rsidRPr="008D4396">
        <w:rPr>
          <w:rFonts w:ascii="Calibri" w:hAnsi="Calibri" w:cs="Calibri"/>
          <w:color w:val="0070C0"/>
          <w:sz w:val="22"/>
          <w:szCs w:val="22"/>
        </w:rPr>
        <w:t>4. Training Background &amp; Communication</w:t>
      </w:r>
    </w:p>
    <w:p w14:paraId="676DD722" w14:textId="77777777" w:rsidR="008D4396" w:rsidRPr="008D4396" w:rsidRDefault="008D4396" w:rsidP="008D4396">
      <w:pPr>
        <w:pStyle w:val="Punktlista"/>
        <w:spacing w:line="240" w:lineRule="auto"/>
        <w:rPr>
          <w:rFonts w:ascii="Calibri" w:hAnsi="Calibri" w:cs="Calibri"/>
        </w:rPr>
      </w:pPr>
      <w:r w:rsidRPr="008D4396">
        <w:rPr>
          <w:rFonts w:ascii="Calibri" w:hAnsi="Calibri" w:cs="Calibri"/>
        </w:rPr>
        <w:t>- Has your dog attended any training (puppy, basic obedience, other)?</w:t>
      </w:r>
    </w:p>
    <w:p w14:paraId="7BE3198D" w14:textId="77777777" w:rsidR="008D4396" w:rsidRPr="008D4396" w:rsidRDefault="008D4396" w:rsidP="008D4396">
      <w:pPr>
        <w:pStyle w:val="Punktlista"/>
        <w:spacing w:line="240" w:lineRule="auto"/>
        <w:rPr>
          <w:rFonts w:ascii="Calibri" w:hAnsi="Calibri" w:cs="Calibri"/>
        </w:rPr>
      </w:pPr>
      <w:r w:rsidRPr="008D4396">
        <w:rPr>
          <w:rFonts w:ascii="Calibri" w:hAnsi="Calibri" w:cs="Calibri"/>
        </w:rPr>
        <w:t>- Have you done any training on your own? If yes, what kind?</w:t>
      </w:r>
    </w:p>
    <w:p w14:paraId="52582D22" w14:textId="77777777" w:rsidR="008D4396" w:rsidRPr="008D4396" w:rsidRDefault="008D4396" w:rsidP="008D4396">
      <w:pPr>
        <w:pStyle w:val="Punktlista"/>
        <w:spacing w:line="240" w:lineRule="auto"/>
        <w:rPr>
          <w:rFonts w:ascii="Calibri" w:hAnsi="Calibri" w:cs="Calibri"/>
        </w:rPr>
      </w:pPr>
      <w:r w:rsidRPr="008D4396">
        <w:rPr>
          <w:rFonts w:ascii="Calibri" w:hAnsi="Calibri" w:cs="Calibri"/>
        </w:rPr>
        <w:t>- What works best as a reward for your dog (treats, play, praise)?</w:t>
      </w:r>
    </w:p>
    <w:p w14:paraId="1BC85562" w14:textId="77777777" w:rsidR="008D4396" w:rsidRPr="008D4396" w:rsidRDefault="008D4396" w:rsidP="008D4396">
      <w:pPr>
        <w:pStyle w:val="Punktlista"/>
        <w:spacing w:line="240" w:lineRule="auto"/>
        <w:rPr>
          <w:rFonts w:ascii="Calibri" w:hAnsi="Calibri" w:cs="Calibri"/>
        </w:rPr>
      </w:pPr>
      <w:r w:rsidRPr="008D4396">
        <w:rPr>
          <w:rFonts w:ascii="Calibri" w:hAnsi="Calibri" w:cs="Calibri"/>
        </w:rPr>
        <w:t>- When is it easy to get your dog's attention?</w:t>
      </w:r>
    </w:p>
    <w:p w14:paraId="6F8056E2" w14:textId="77777777" w:rsidR="008D4396" w:rsidRPr="008D4396" w:rsidRDefault="008D4396" w:rsidP="008D4396">
      <w:pPr>
        <w:pStyle w:val="Punktlista"/>
        <w:spacing w:line="240" w:lineRule="auto"/>
        <w:rPr>
          <w:rFonts w:ascii="Calibri" w:hAnsi="Calibri" w:cs="Calibri"/>
        </w:rPr>
      </w:pPr>
      <w:r w:rsidRPr="008D4396">
        <w:rPr>
          <w:rFonts w:ascii="Calibri" w:hAnsi="Calibri" w:cs="Calibri"/>
        </w:rPr>
        <w:t>- When is it difficult to get your dog's attention?</w:t>
      </w:r>
    </w:p>
    <w:p w14:paraId="61C29735" w14:textId="45592348" w:rsidR="008D4396" w:rsidRPr="008D4396" w:rsidRDefault="008D4396" w:rsidP="008D4396">
      <w:pPr>
        <w:pStyle w:val="Punktlista"/>
        <w:spacing w:line="240" w:lineRule="auto"/>
        <w:rPr>
          <w:rFonts w:ascii="Calibri" w:hAnsi="Calibri" w:cs="Calibri"/>
        </w:rPr>
      </w:pPr>
      <w:r w:rsidRPr="008D4396">
        <w:rPr>
          <w:rFonts w:ascii="Calibri" w:hAnsi="Calibri" w:cs="Calibri"/>
        </w:rPr>
        <w:t>- Do you use any specific signals or routines for security and focus?</w:t>
      </w:r>
    </w:p>
    <w:p w14:paraId="012FB2C3" w14:textId="77777777" w:rsidR="008D4396" w:rsidRPr="008D4396" w:rsidRDefault="008D4396" w:rsidP="008D4396">
      <w:pPr>
        <w:pStyle w:val="Rubrik1"/>
        <w:spacing w:line="240" w:lineRule="auto"/>
        <w:rPr>
          <w:rFonts w:ascii="Calibri" w:hAnsi="Calibri" w:cs="Calibri"/>
          <w:color w:val="0070C0"/>
          <w:sz w:val="22"/>
          <w:szCs w:val="22"/>
        </w:rPr>
      </w:pPr>
      <w:r w:rsidRPr="008D4396">
        <w:rPr>
          <w:rFonts w:ascii="Calibri" w:hAnsi="Calibri" w:cs="Calibri"/>
          <w:color w:val="0070C0"/>
          <w:sz w:val="22"/>
          <w:szCs w:val="22"/>
        </w:rPr>
        <w:t>5. Reactions to Dogs &amp; People</w:t>
      </w:r>
    </w:p>
    <w:p w14:paraId="1DE98289" w14:textId="77777777" w:rsidR="008D4396" w:rsidRPr="008D4396" w:rsidRDefault="008D4396" w:rsidP="008D4396">
      <w:pPr>
        <w:pStyle w:val="Punktlista"/>
        <w:spacing w:line="240" w:lineRule="auto"/>
        <w:rPr>
          <w:rFonts w:ascii="Calibri" w:hAnsi="Calibri" w:cs="Calibri"/>
        </w:rPr>
      </w:pPr>
      <w:r w:rsidRPr="008D4396">
        <w:rPr>
          <w:rFonts w:ascii="Calibri" w:hAnsi="Calibri" w:cs="Calibri"/>
        </w:rPr>
        <w:t>- How does your dog react to other dogs – on leash, off leash, at a distance?</w:t>
      </w:r>
    </w:p>
    <w:p w14:paraId="2241953E" w14:textId="77777777" w:rsidR="008D4396" w:rsidRPr="008D4396" w:rsidRDefault="008D4396" w:rsidP="008D4396">
      <w:pPr>
        <w:pStyle w:val="Punktlista"/>
        <w:spacing w:line="240" w:lineRule="auto"/>
        <w:rPr>
          <w:rFonts w:ascii="Calibri" w:hAnsi="Calibri" w:cs="Calibri"/>
        </w:rPr>
      </w:pPr>
      <w:r w:rsidRPr="008D4396">
        <w:rPr>
          <w:rFonts w:ascii="Calibri" w:hAnsi="Calibri" w:cs="Calibri"/>
        </w:rPr>
        <w:t>- How close can another dog get before your dog reacts?</w:t>
      </w:r>
    </w:p>
    <w:p w14:paraId="490737D6" w14:textId="77777777" w:rsidR="008D4396" w:rsidRPr="008D4396" w:rsidRDefault="008D4396" w:rsidP="008D4396">
      <w:pPr>
        <w:pStyle w:val="Punktlista"/>
        <w:spacing w:line="240" w:lineRule="auto"/>
        <w:rPr>
          <w:rFonts w:ascii="Calibri" w:hAnsi="Calibri" w:cs="Calibri"/>
        </w:rPr>
      </w:pPr>
      <w:r w:rsidRPr="008D4396">
        <w:rPr>
          <w:rFonts w:ascii="Calibri" w:hAnsi="Calibri" w:cs="Calibri"/>
        </w:rPr>
        <w:t>- What do you do to prevent or redirect reactions?</w:t>
      </w:r>
    </w:p>
    <w:p w14:paraId="34F5F9CD" w14:textId="77777777" w:rsidR="008D4396" w:rsidRPr="008D4396" w:rsidRDefault="008D4396" w:rsidP="008D4396">
      <w:pPr>
        <w:pStyle w:val="Punktlista"/>
        <w:spacing w:line="240" w:lineRule="auto"/>
        <w:rPr>
          <w:rFonts w:ascii="Calibri" w:hAnsi="Calibri" w:cs="Calibri"/>
        </w:rPr>
      </w:pPr>
      <w:r w:rsidRPr="008D4396">
        <w:rPr>
          <w:rFonts w:ascii="Calibri" w:hAnsi="Calibri" w:cs="Calibri"/>
        </w:rPr>
        <w:t>- How does your dog recover after an encounter?</w:t>
      </w:r>
    </w:p>
    <w:p w14:paraId="5B7D02AA" w14:textId="77777777" w:rsidR="008D4396" w:rsidRPr="008D4396" w:rsidRDefault="008D4396" w:rsidP="008D4396">
      <w:pPr>
        <w:pStyle w:val="Punktlista"/>
        <w:spacing w:line="240" w:lineRule="auto"/>
        <w:rPr>
          <w:rFonts w:ascii="Calibri" w:hAnsi="Calibri" w:cs="Calibri"/>
        </w:rPr>
      </w:pPr>
      <w:r w:rsidRPr="008D4396">
        <w:rPr>
          <w:rFonts w:ascii="Calibri" w:hAnsi="Calibri" w:cs="Calibri"/>
        </w:rPr>
        <w:t>- In what environments are dog encounters easiest or hardest?</w:t>
      </w:r>
    </w:p>
    <w:p w14:paraId="65DC21C0" w14:textId="77777777" w:rsidR="008D4396" w:rsidRPr="008D4396" w:rsidRDefault="008D4396" w:rsidP="008D4396">
      <w:pPr>
        <w:pStyle w:val="Punktlista"/>
        <w:spacing w:line="240" w:lineRule="auto"/>
        <w:rPr>
          <w:rFonts w:ascii="Calibri" w:hAnsi="Calibri" w:cs="Calibri"/>
        </w:rPr>
      </w:pPr>
      <w:r w:rsidRPr="008D4396">
        <w:rPr>
          <w:rFonts w:ascii="Calibri" w:hAnsi="Calibri" w:cs="Calibri"/>
        </w:rPr>
        <w:t>- How does your dog react to unfamiliar people – outside and at home?</w:t>
      </w:r>
    </w:p>
    <w:p w14:paraId="4907B577" w14:textId="77777777" w:rsidR="008D4396" w:rsidRPr="008D4396" w:rsidRDefault="008D4396" w:rsidP="008D4396">
      <w:pPr>
        <w:pStyle w:val="Punktlista"/>
        <w:spacing w:line="240" w:lineRule="auto"/>
        <w:rPr>
          <w:rFonts w:ascii="Calibri" w:hAnsi="Calibri" w:cs="Calibri"/>
        </w:rPr>
      </w:pPr>
      <w:r w:rsidRPr="008D4396">
        <w:rPr>
          <w:rFonts w:ascii="Calibri" w:hAnsi="Calibri" w:cs="Calibri"/>
        </w:rPr>
        <w:t>- Are there specific types of people that trigger reactions (e.g. children, elderly, backpacks)?</w:t>
      </w:r>
    </w:p>
    <w:p w14:paraId="47C97397" w14:textId="77777777" w:rsidR="008D4396" w:rsidRPr="008D4396" w:rsidRDefault="008D4396" w:rsidP="008D4396">
      <w:pPr>
        <w:pStyle w:val="Punktlista"/>
        <w:spacing w:line="240" w:lineRule="auto"/>
        <w:rPr>
          <w:rFonts w:ascii="Calibri" w:hAnsi="Calibri" w:cs="Calibri"/>
        </w:rPr>
      </w:pPr>
      <w:r w:rsidRPr="008D4396">
        <w:rPr>
          <w:rFonts w:ascii="Calibri" w:hAnsi="Calibri" w:cs="Calibri"/>
        </w:rPr>
        <w:t>- What happens if someone tries to pet your dog?</w:t>
      </w:r>
    </w:p>
    <w:p w14:paraId="211645DF" w14:textId="023D6712" w:rsidR="008D4396" w:rsidRPr="008D4396" w:rsidRDefault="008D4396" w:rsidP="008D4396">
      <w:pPr>
        <w:pStyle w:val="Punktlista"/>
        <w:spacing w:line="240" w:lineRule="auto"/>
        <w:rPr>
          <w:rFonts w:ascii="Calibri" w:hAnsi="Calibri" w:cs="Calibri"/>
        </w:rPr>
      </w:pPr>
      <w:r w:rsidRPr="008D4396">
        <w:rPr>
          <w:rFonts w:ascii="Calibri" w:hAnsi="Calibri" w:cs="Calibri"/>
        </w:rPr>
        <w:t>- How do you handle situations where people want to greet your dog?</w:t>
      </w:r>
    </w:p>
    <w:p w14:paraId="6E83357B" w14:textId="77777777" w:rsidR="008D4396" w:rsidRPr="008D4396" w:rsidRDefault="008D4396" w:rsidP="008D4396">
      <w:pPr>
        <w:pStyle w:val="Rubrik1"/>
        <w:spacing w:line="240" w:lineRule="auto"/>
        <w:rPr>
          <w:rFonts w:ascii="Calibri" w:hAnsi="Calibri" w:cs="Calibri"/>
          <w:color w:val="0070C0"/>
          <w:sz w:val="22"/>
          <w:szCs w:val="22"/>
        </w:rPr>
      </w:pPr>
      <w:r w:rsidRPr="008D4396">
        <w:rPr>
          <w:rFonts w:ascii="Calibri" w:hAnsi="Calibri" w:cs="Calibri"/>
          <w:color w:val="0070C0"/>
          <w:sz w:val="22"/>
          <w:szCs w:val="22"/>
        </w:rPr>
        <w:t>6. Sound Sensitivity &amp; Alertness</w:t>
      </w:r>
    </w:p>
    <w:p w14:paraId="3AA795BD" w14:textId="77777777" w:rsidR="008D4396" w:rsidRPr="008D4396" w:rsidRDefault="008D4396" w:rsidP="008D4396">
      <w:pPr>
        <w:pStyle w:val="Punktlista"/>
        <w:spacing w:line="240" w:lineRule="auto"/>
        <w:rPr>
          <w:rFonts w:ascii="Calibri" w:hAnsi="Calibri" w:cs="Calibri"/>
        </w:rPr>
      </w:pPr>
      <w:r w:rsidRPr="008D4396">
        <w:rPr>
          <w:rFonts w:ascii="Calibri" w:hAnsi="Calibri" w:cs="Calibri"/>
        </w:rPr>
        <w:t>- What triggers your dog indoors (noises, doors, movements)?</w:t>
      </w:r>
    </w:p>
    <w:p w14:paraId="4A283645" w14:textId="77777777" w:rsidR="008D4396" w:rsidRPr="008D4396" w:rsidRDefault="008D4396" w:rsidP="008D4396">
      <w:pPr>
        <w:pStyle w:val="Punktlista"/>
        <w:spacing w:line="240" w:lineRule="auto"/>
        <w:rPr>
          <w:rFonts w:ascii="Calibri" w:hAnsi="Calibri" w:cs="Calibri"/>
        </w:rPr>
      </w:pPr>
      <w:r w:rsidRPr="008D4396">
        <w:rPr>
          <w:rFonts w:ascii="Calibri" w:hAnsi="Calibri" w:cs="Calibri"/>
        </w:rPr>
        <w:t>- How can you tell your dog is becoming stressed?</w:t>
      </w:r>
    </w:p>
    <w:p w14:paraId="03B6E144" w14:textId="77777777" w:rsidR="008D4396" w:rsidRPr="008D4396" w:rsidRDefault="008D4396" w:rsidP="008D4396">
      <w:pPr>
        <w:pStyle w:val="Punktlista"/>
        <w:spacing w:line="240" w:lineRule="auto"/>
        <w:rPr>
          <w:rFonts w:ascii="Calibri" w:hAnsi="Calibri" w:cs="Calibri"/>
        </w:rPr>
      </w:pPr>
      <w:r w:rsidRPr="008D4396">
        <w:rPr>
          <w:rFonts w:ascii="Calibri" w:hAnsi="Calibri" w:cs="Calibri"/>
        </w:rPr>
        <w:t>- How long does it take for your dog to calm down?</w:t>
      </w:r>
    </w:p>
    <w:p w14:paraId="2799A03F" w14:textId="168AF49E" w:rsidR="008D4396" w:rsidRPr="008D4396" w:rsidRDefault="008D4396" w:rsidP="008D4396">
      <w:pPr>
        <w:pStyle w:val="Punktlista"/>
        <w:spacing w:line="240" w:lineRule="auto"/>
        <w:rPr>
          <w:rFonts w:ascii="Calibri" w:hAnsi="Calibri" w:cs="Calibri"/>
        </w:rPr>
      </w:pPr>
      <w:r w:rsidRPr="008D4396">
        <w:rPr>
          <w:rFonts w:ascii="Calibri" w:hAnsi="Calibri" w:cs="Calibri"/>
        </w:rPr>
        <w:t>- Have you done anything to reduce noise or prevent barking?</w:t>
      </w:r>
    </w:p>
    <w:p w14:paraId="4BA547CF" w14:textId="77777777" w:rsidR="008D4396" w:rsidRPr="008D4396" w:rsidRDefault="008D4396" w:rsidP="008D4396">
      <w:pPr>
        <w:pStyle w:val="Rubrik1"/>
        <w:spacing w:line="240" w:lineRule="auto"/>
        <w:rPr>
          <w:rFonts w:ascii="Calibri" w:hAnsi="Calibri" w:cs="Calibri"/>
          <w:color w:val="0070C0"/>
          <w:sz w:val="22"/>
          <w:szCs w:val="22"/>
        </w:rPr>
      </w:pPr>
      <w:r w:rsidRPr="008D4396">
        <w:rPr>
          <w:rFonts w:ascii="Calibri" w:hAnsi="Calibri" w:cs="Calibri"/>
          <w:color w:val="0070C0"/>
          <w:sz w:val="22"/>
          <w:szCs w:val="22"/>
        </w:rPr>
        <w:t>7. Resource Guarding</w:t>
      </w:r>
    </w:p>
    <w:p w14:paraId="1EC0AF83" w14:textId="77777777" w:rsidR="008D4396" w:rsidRPr="008D4396" w:rsidRDefault="008D4396" w:rsidP="008D4396">
      <w:pPr>
        <w:pStyle w:val="Punktlista"/>
        <w:spacing w:line="240" w:lineRule="auto"/>
        <w:rPr>
          <w:rFonts w:ascii="Calibri" w:hAnsi="Calibri" w:cs="Calibri"/>
        </w:rPr>
      </w:pPr>
      <w:r w:rsidRPr="008D4396">
        <w:rPr>
          <w:rFonts w:ascii="Calibri" w:hAnsi="Calibri" w:cs="Calibri"/>
        </w:rPr>
        <w:t>- What items does your dog guard?</w:t>
      </w:r>
    </w:p>
    <w:p w14:paraId="6119E9DD" w14:textId="77777777" w:rsidR="008D4396" w:rsidRPr="008D4396" w:rsidRDefault="008D4396" w:rsidP="008D4396">
      <w:pPr>
        <w:pStyle w:val="Punktlista"/>
        <w:spacing w:line="240" w:lineRule="auto"/>
        <w:rPr>
          <w:rFonts w:ascii="Calibri" w:hAnsi="Calibri" w:cs="Calibri"/>
        </w:rPr>
      </w:pPr>
      <w:r w:rsidRPr="008D4396">
        <w:rPr>
          <w:rFonts w:ascii="Calibri" w:hAnsi="Calibri" w:cs="Calibri"/>
        </w:rPr>
        <w:t>- How do you notice guarding is starting (staring, stiff body, growling)?</w:t>
      </w:r>
    </w:p>
    <w:p w14:paraId="3A2DA2BF" w14:textId="77777777" w:rsidR="008D4396" w:rsidRPr="008D4396" w:rsidRDefault="008D4396" w:rsidP="008D4396">
      <w:pPr>
        <w:pStyle w:val="Punktlista"/>
        <w:spacing w:line="240" w:lineRule="auto"/>
        <w:rPr>
          <w:rFonts w:ascii="Calibri" w:hAnsi="Calibri" w:cs="Calibri"/>
        </w:rPr>
      </w:pPr>
      <w:r w:rsidRPr="008D4396">
        <w:rPr>
          <w:rFonts w:ascii="Calibri" w:hAnsi="Calibri" w:cs="Calibri"/>
        </w:rPr>
        <w:t>- How often does this happen and in what situations?</w:t>
      </w:r>
    </w:p>
    <w:p w14:paraId="03C93C9A" w14:textId="77777777" w:rsidR="008D4396" w:rsidRPr="008D4396" w:rsidRDefault="008D4396" w:rsidP="008D4396">
      <w:pPr>
        <w:pStyle w:val="Punktlista"/>
        <w:spacing w:line="240" w:lineRule="auto"/>
        <w:rPr>
          <w:rFonts w:ascii="Calibri" w:hAnsi="Calibri" w:cs="Calibri"/>
        </w:rPr>
      </w:pPr>
      <w:r w:rsidRPr="008D4396">
        <w:rPr>
          <w:rFonts w:ascii="Calibri" w:hAnsi="Calibri" w:cs="Calibri"/>
        </w:rPr>
        <w:t>- How do you currently handle the situation?</w:t>
      </w:r>
    </w:p>
    <w:p w14:paraId="5A2690CC" w14:textId="77777777" w:rsidR="008D4396" w:rsidRPr="008D4396" w:rsidRDefault="008D4396" w:rsidP="008D4396">
      <w:pPr>
        <w:pStyle w:val="Punktlista"/>
        <w:spacing w:line="240" w:lineRule="auto"/>
        <w:rPr>
          <w:rFonts w:ascii="Calibri" w:hAnsi="Calibri" w:cs="Calibri"/>
        </w:rPr>
      </w:pPr>
      <w:r w:rsidRPr="008D4396">
        <w:rPr>
          <w:rFonts w:ascii="Calibri" w:hAnsi="Calibri" w:cs="Calibri"/>
        </w:rPr>
        <w:t>- Has using a trade (e.g. swap with treat) worked?</w:t>
      </w:r>
    </w:p>
    <w:p w14:paraId="1EE88E80" w14:textId="77777777" w:rsidR="008D4396" w:rsidRPr="008D4396" w:rsidRDefault="008D4396" w:rsidP="008D4396">
      <w:pPr>
        <w:pStyle w:val="Rubrik1"/>
        <w:spacing w:line="240" w:lineRule="auto"/>
        <w:rPr>
          <w:rFonts w:ascii="Calibri" w:hAnsi="Calibri" w:cs="Calibri"/>
          <w:color w:val="0070C0"/>
          <w:sz w:val="22"/>
          <w:szCs w:val="22"/>
        </w:rPr>
      </w:pPr>
      <w:r w:rsidRPr="008D4396">
        <w:rPr>
          <w:rFonts w:ascii="Calibri" w:hAnsi="Calibri" w:cs="Calibri"/>
          <w:color w:val="0070C0"/>
          <w:sz w:val="22"/>
          <w:szCs w:val="22"/>
        </w:rPr>
        <w:lastRenderedPageBreak/>
        <w:t>8. Stress &amp; Recovery</w:t>
      </w:r>
    </w:p>
    <w:p w14:paraId="5AAF859D" w14:textId="77777777" w:rsidR="008D4396" w:rsidRPr="008D4396" w:rsidRDefault="008D4396" w:rsidP="008D4396">
      <w:pPr>
        <w:pStyle w:val="Punktlista"/>
        <w:spacing w:line="240" w:lineRule="auto"/>
        <w:rPr>
          <w:rFonts w:ascii="Calibri" w:hAnsi="Calibri" w:cs="Calibri"/>
        </w:rPr>
      </w:pPr>
      <w:r w:rsidRPr="008D4396">
        <w:rPr>
          <w:rFonts w:ascii="Calibri" w:hAnsi="Calibri" w:cs="Calibri"/>
        </w:rPr>
        <w:t>- Which situations are known to be difficult for your dog?</w:t>
      </w:r>
    </w:p>
    <w:p w14:paraId="1AA5ABF5" w14:textId="77777777" w:rsidR="008D4396" w:rsidRPr="008D4396" w:rsidRDefault="008D4396" w:rsidP="008D4396">
      <w:pPr>
        <w:pStyle w:val="Punktlista"/>
        <w:spacing w:line="240" w:lineRule="auto"/>
        <w:rPr>
          <w:rFonts w:ascii="Calibri" w:hAnsi="Calibri" w:cs="Calibri"/>
        </w:rPr>
      </w:pPr>
      <w:r w:rsidRPr="008D4396">
        <w:rPr>
          <w:rFonts w:ascii="Calibri" w:hAnsi="Calibri" w:cs="Calibri"/>
        </w:rPr>
        <w:t>- When during the day is your dog most stressed?</w:t>
      </w:r>
    </w:p>
    <w:p w14:paraId="60C29A43" w14:textId="77777777" w:rsidR="008D4396" w:rsidRPr="008D4396" w:rsidRDefault="008D4396" w:rsidP="008D4396">
      <w:pPr>
        <w:pStyle w:val="Punktlista"/>
        <w:spacing w:line="240" w:lineRule="auto"/>
        <w:rPr>
          <w:rFonts w:ascii="Calibri" w:hAnsi="Calibri" w:cs="Calibri"/>
        </w:rPr>
      </w:pPr>
      <w:r w:rsidRPr="008D4396">
        <w:rPr>
          <w:rFonts w:ascii="Calibri" w:hAnsi="Calibri" w:cs="Calibri"/>
        </w:rPr>
        <w:t>- How do you notice your dog is escalating in stress?</w:t>
      </w:r>
    </w:p>
    <w:p w14:paraId="24A4E863" w14:textId="77777777" w:rsidR="008D4396" w:rsidRPr="008D4396" w:rsidRDefault="008D4396" w:rsidP="008D4396">
      <w:pPr>
        <w:pStyle w:val="Punktlista"/>
        <w:spacing w:line="240" w:lineRule="auto"/>
        <w:rPr>
          <w:rFonts w:ascii="Calibri" w:hAnsi="Calibri" w:cs="Calibri"/>
        </w:rPr>
      </w:pPr>
      <w:r w:rsidRPr="008D4396">
        <w:rPr>
          <w:rFonts w:ascii="Calibri" w:hAnsi="Calibri" w:cs="Calibri"/>
        </w:rPr>
        <w:t>- What do you do to help your dog recover?</w:t>
      </w:r>
    </w:p>
    <w:p w14:paraId="2C89306C" w14:textId="5CD5C21C" w:rsidR="008D4396" w:rsidRPr="008D4396" w:rsidRDefault="008D4396" w:rsidP="008D4396">
      <w:pPr>
        <w:pStyle w:val="Punktlista"/>
        <w:spacing w:line="240" w:lineRule="auto"/>
        <w:rPr>
          <w:rFonts w:ascii="Calibri" w:hAnsi="Calibri" w:cs="Calibri"/>
        </w:rPr>
      </w:pPr>
      <w:r w:rsidRPr="008D4396">
        <w:rPr>
          <w:rFonts w:ascii="Calibri" w:hAnsi="Calibri" w:cs="Calibri"/>
        </w:rPr>
        <w:t>- How long does it typically take for your dog to return to balance?</w:t>
      </w:r>
    </w:p>
    <w:p w14:paraId="26137BC6" w14:textId="77777777" w:rsidR="008D4396" w:rsidRPr="008D4396" w:rsidRDefault="008D4396" w:rsidP="008D4396">
      <w:pPr>
        <w:pStyle w:val="Rubrik1"/>
        <w:spacing w:line="240" w:lineRule="auto"/>
        <w:rPr>
          <w:rFonts w:ascii="Calibri" w:hAnsi="Calibri" w:cs="Calibri"/>
          <w:color w:val="0070C0"/>
          <w:sz w:val="22"/>
          <w:szCs w:val="22"/>
        </w:rPr>
      </w:pPr>
      <w:r w:rsidRPr="008D4396">
        <w:rPr>
          <w:rFonts w:ascii="Calibri" w:hAnsi="Calibri" w:cs="Calibri"/>
          <w:color w:val="0070C0"/>
          <w:sz w:val="22"/>
          <w:szCs w:val="22"/>
        </w:rPr>
        <w:t>9. Goals &amp; Motivation</w:t>
      </w:r>
    </w:p>
    <w:p w14:paraId="54801AEB" w14:textId="77777777" w:rsidR="008D4396" w:rsidRPr="008D4396" w:rsidRDefault="008D4396" w:rsidP="008D4396">
      <w:pPr>
        <w:pStyle w:val="Punktlista"/>
        <w:spacing w:line="240" w:lineRule="auto"/>
        <w:rPr>
          <w:rFonts w:ascii="Calibri" w:hAnsi="Calibri" w:cs="Calibri"/>
        </w:rPr>
      </w:pPr>
      <w:r w:rsidRPr="008D4396">
        <w:rPr>
          <w:rFonts w:ascii="Calibri" w:hAnsi="Calibri" w:cs="Calibri"/>
        </w:rPr>
        <w:t>- What would your ideal everyday life with your dog look like?</w:t>
      </w:r>
    </w:p>
    <w:p w14:paraId="519587DB" w14:textId="77777777" w:rsidR="008D4396" w:rsidRPr="008D4396" w:rsidRDefault="008D4396" w:rsidP="008D4396">
      <w:pPr>
        <w:pStyle w:val="Punktlista"/>
        <w:spacing w:line="240" w:lineRule="auto"/>
        <w:rPr>
          <w:rFonts w:ascii="Calibri" w:hAnsi="Calibri" w:cs="Calibri"/>
        </w:rPr>
      </w:pPr>
      <w:r w:rsidRPr="008D4396">
        <w:rPr>
          <w:rFonts w:ascii="Calibri" w:hAnsi="Calibri" w:cs="Calibri"/>
        </w:rPr>
        <w:t>- What are the most important changes to start with?</w:t>
      </w:r>
    </w:p>
    <w:p w14:paraId="7089B845" w14:textId="77777777" w:rsidR="008D4396" w:rsidRPr="008D4396" w:rsidRDefault="008D4396" w:rsidP="008D4396">
      <w:pPr>
        <w:pStyle w:val="Punktlista"/>
        <w:spacing w:line="240" w:lineRule="auto"/>
        <w:rPr>
          <w:rFonts w:ascii="Calibri" w:hAnsi="Calibri" w:cs="Calibri"/>
        </w:rPr>
      </w:pPr>
      <w:r w:rsidRPr="008D4396">
        <w:rPr>
          <w:rFonts w:ascii="Calibri" w:hAnsi="Calibri" w:cs="Calibri"/>
        </w:rPr>
        <w:t>- How much time can you dedicate to training each day?</w:t>
      </w:r>
    </w:p>
    <w:p w14:paraId="6E6F157E" w14:textId="77777777" w:rsidR="008D4396" w:rsidRPr="008D4396" w:rsidRDefault="008D4396" w:rsidP="008D4396">
      <w:pPr>
        <w:pStyle w:val="Punktlista"/>
        <w:spacing w:line="240" w:lineRule="auto"/>
        <w:rPr>
          <w:rFonts w:ascii="Calibri" w:hAnsi="Calibri" w:cs="Calibri"/>
        </w:rPr>
      </w:pPr>
      <w:r w:rsidRPr="008D4396">
        <w:rPr>
          <w:rFonts w:ascii="Calibri" w:hAnsi="Calibri" w:cs="Calibri"/>
        </w:rPr>
        <w:t>- What would it mean to you – and to your dog – to reach your goals?</w:t>
      </w:r>
    </w:p>
    <w:p w14:paraId="0D10B212" w14:textId="7D02B0B9" w:rsidR="0004492D" w:rsidRPr="006021DA" w:rsidRDefault="0004492D" w:rsidP="008073F4">
      <w:pPr>
        <w:pStyle w:val="Normalwebb"/>
      </w:pPr>
    </w:p>
    <w:sectPr w:rsidR="0004492D" w:rsidRPr="006021DA" w:rsidSect="00034616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2B82A4" w14:textId="77777777" w:rsidR="00145602" w:rsidRDefault="00145602">
      <w:pPr>
        <w:spacing w:after="0" w:line="240" w:lineRule="auto"/>
      </w:pPr>
      <w:r>
        <w:separator/>
      </w:r>
    </w:p>
  </w:endnote>
  <w:endnote w:type="continuationSeparator" w:id="0">
    <w:p w14:paraId="28F01D01" w14:textId="77777777" w:rsidR="00145602" w:rsidRDefault="00145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141A9" w14:textId="175527E6" w:rsidR="0004492D" w:rsidRDefault="00000000">
    <w:pPr>
      <w:pStyle w:val="Sidfot"/>
    </w:pPr>
    <w:r>
      <w:t xml:space="preserve">Michael </w:t>
    </w:r>
    <w:proofErr w:type="spellStart"/>
    <w:r>
      <w:t>Rudkrantz</w:t>
    </w:r>
    <w:proofErr w:type="spellEnd"/>
    <w:r>
      <w:t xml:space="preserve"> | </w:t>
    </w:r>
    <w:proofErr w:type="spellStart"/>
    <w:r>
      <w:t>Hundbeteendeutredare</w:t>
    </w:r>
    <w:proofErr w:type="spellEnd"/>
    <w:r>
      <w:t xml:space="preserve"> &amp; </w:t>
    </w:r>
    <w:proofErr w:type="spellStart"/>
    <w:r>
      <w:t>Hundcoach</w:t>
    </w:r>
    <w:proofErr w:type="spellEnd"/>
    <w:r>
      <w:br/>
      <w:t xml:space="preserve">📞 070-300 86 01 | ✉️ </w:t>
    </w:r>
    <w:hyperlink r:id="rId1" w:history="1">
      <w:r w:rsidR="008D4396" w:rsidRPr="00B96B7D">
        <w:rPr>
          <w:rStyle w:val="Hyperlnk"/>
        </w:rPr>
        <w:t>info@hildinghundcoach.se</w:t>
      </w:r>
    </w:hyperlink>
    <w:r w:rsidR="002A5E2F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240B56" w14:textId="77777777" w:rsidR="00145602" w:rsidRDefault="00145602">
      <w:pPr>
        <w:spacing w:after="0" w:line="240" w:lineRule="auto"/>
      </w:pPr>
      <w:r>
        <w:separator/>
      </w:r>
    </w:p>
  </w:footnote>
  <w:footnote w:type="continuationSeparator" w:id="0">
    <w:p w14:paraId="014A6F67" w14:textId="77777777" w:rsidR="00145602" w:rsidRDefault="001456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FDD64A" w14:textId="3AC8FAA6" w:rsidR="00EE06EC" w:rsidRDefault="00145602">
    <w:pPr>
      <w:pStyle w:val="Sidhuvud"/>
    </w:pPr>
    <w:r>
      <w:rPr>
        <w:noProof/>
      </w:rPr>
      <w:pict w14:anchorId="4B4487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5629009" o:spid="_x0000_s1027" type="#_x0000_t75" alt="" style="position:absolute;margin-left:0;margin-top:0;width:431.6pt;height:431.6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eteendekartläggning, rådgivning och träning 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F0A68" w14:textId="7E165075" w:rsidR="004A05A8" w:rsidRDefault="00145602" w:rsidP="00B87EA9">
    <w:pPr>
      <w:pStyle w:val="Sidhuvud"/>
    </w:pPr>
    <w:r>
      <w:rPr>
        <w:noProof/>
      </w:rPr>
      <w:pict w14:anchorId="391986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5629010" o:spid="_x0000_s1026" type="#_x0000_t75" alt="" style="position:absolute;margin-left:0;margin-top:0;width:431.6pt;height:431.6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eteendekartläggning, rådgivning och träning " gain="19661f" blacklevel="22938f"/>
          <w10:wrap anchorx="margin" anchory="margin"/>
        </v:shape>
      </w:pict>
    </w:r>
    <w:r w:rsidR="00B87EA9">
      <w:rPr>
        <w:noProof/>
      </w:rPr>
      <w:drawing>
        <wp:inline distT="0" distB="0" distL="0" distR="0" wp14:anchorId="7EF0FA1F" wp14:editId="7905252D">
          <wp:extent cx="539862" cy="539862"/>
          <wp:effectExtent l="0" t="0" r="6350" b="6350"/>
          <wp:docPr id="43262144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262144" name="Bildobjekt 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39862" cy="5398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87EA9">
      <w:t xml:space="preserve">                                                                                                                     </w:t>
    </w:r>
    <w:r w:rsidR="00B87EA9">
      <w:rPr>
        <w:noProof/>
      </w:rPr>
      <w:drawing>
        <wp:inline distT="0" distB="0" distL="0" distR="0" wp14:anchorId="14E521E4" wp14:editId="7DD1BEA7">
          <wp:extent cx="973778" cy="973778"/>
          <wp:effectExtent l="0" t="0" r="4445" b="4445"/>
          <wp:docPr id="3452646" name="Bildobjekt 2" descr="En bild som visar däggdjur, Hundras, mule, hund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52646" name="Bildobjekt 2" descr="En bild som visar däggdjur, Hundras, mule, hund&#10;&#10;AI-genererat innehåll kan vara felaktigt.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82325" cy="982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74CDED" w14:textId="77777777" w:rsidR="004A05A8" w:rsidRDefault="004A05A8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5D808" w14:textId="01DD4933" w:rsidR="00EE06EC" w:rsidRDefault="00145602">
    <w:pPr>
      <w:pStyle w:val="Sidhuvud"/>
    </w:pPr>
    <w:r>
      <w:rPr>
        <w:noProof/>
      </w:rPr>
      <w:pict w14:anchorId="214DD9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5629008" o:spid="_x0000_s1025" type="#_x0000_t75" alt="" style="position:absolute;margin-left:0;margin-top:0;width:431.6pt;height:431.6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eteendekartläggning, rådgivning och träning 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FB12693A"/>
    <w:lvl w:ilvl="0">
      <w:start w:val="1"/>
      <w:numFmt w:val="decimal"/>
      <w:pStyle w:val="Numreradlist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38441652"/>
    <w:lvl w:ilvl="0">
      <w:start w:val="1"/>
      <w:numFmt w:val="decimal"/>
      <w:pStyle w:val="Numreradlist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FFFFFF82"/>
    <w:multiLevelType w:val="singleLevel"/>
    <w:tmpl w:val="F3EAFDEC"/>
    <w:lvl w:ilvl="0">
      <w:start w:val="1"/>
      <w:numFmt w:val="bullet"/>
      <w:pStyle w:val="Punktlist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D1EFFD4"/>
    <w:lvl w:ilvl="0">
      <w:start w:val="1"/>
      <w:numFmt w:val="bullet"/>
      <w:pStyle w:val="Punktlist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D0A62B40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6F406636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73572304">
    <w:abstractNumId w:val="5"/>
  </w:num>
  <w:num w:numId="2" w16cid:durableId="1799567562">
    <w:abstractNumId w:val="3"/>
  </w:num>
  <w:num w:numId="3" w16cid:durableId="1458066763">
    <w:abstractNumId w:val="2"/>
  </w:num>
  <w:num w:numId="4" w16cid:durableId="1528837713">
    <w:abstractNumId w:val="4"/>
  </w:num>
  <w:num w:numId="5" w16cid:durableId="1576815570">
    <w:abstractNumId w:val="1"/>
  </w:num>
  <w:num w:numId="6" w16cid:durableId="1998728703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0927"/>
    <w:rsid w:val="00034616"/>
    <w:rsid w:val="0004492D"/>
    <w:rsid w:val="0006063C"/>
    <w:rsid w:val="00145602"/>
    <w:rsid w:val="0015074B"/>
    <w:rsid w:val="001A5CC3"/>
    <w:rsid w:val="0029639D"/>
    <w:rsid w:val="002A4B0D"/>
    <w:rsid w:val="002A5E2F"/>
    <w:rsid w:val="00326F90"/>
    <w:rsid w:val="00365D4A"/>
    <w:rsid w:val="00370974"/>
    <w:rsid w:val="004A05A8"/>
    <w:rsid w:val="004A451D"/>
    <w:rsid w:val="0055250B"/>
    <w:rsid w:val="00596094"/>
    <w:rsid w:val="006021DA"/>
    <w:rsid w:val="006D628C"/>
    <w:rsid w:val="00716D0C"/>
    <w:rsid w:val="00744D20"/>
    <w:rsid w:val="008073F4"/>
    <w:rsid w:val="00816849"/>
    <w:rsid w:val="00821AB2"/>
    <w:rsid w:val="00867CCD"/>
    <w:rsid w:val="008D4396"/>
    <w:rsid w:val="009050C5"/>
    <w:rsid w:val="00932361"/>
    <w:rsid w:val="009A3F64"/>
    <w:rsid w:val="009D260F"/>
    <w:rsid w:val="009F1E68"/>
    <w:rsid w:val="009F7D5C"/>
    <w:rsid w:val="00A31F3C"/>
    <w:rsid w:val="00A50427"/>
    <w:rsid w:val="00AA1D8D"/>
    <w:rsid w:val="00AA4F9B"/>
    <w:rsid w:val="00AE30ED"/>
    <w:rsid w:val="00B215BB"/>
    <w:rsid w:val="00B47730"/>
    <w:rsid w:val="00B87EA9"/>
    <w:rsid w:val="00B93A4E"/>
    <w:rsid w:val="00BC48F2"/>
    <w:rsid w:val="00BE7D3F"/>
    <w:rsid w:val="00C47A1E"/>
    <w:rsid w:val="00CB0664"/>
    <w:rsid w:val="00D234CC"/>
    <w:rsid w:val="00DE0128"/>
    <w:rsid w:val="00E400D3"/>
    <w:rsid w:val="00EA299C"/>
    <w:rsid w:val="00EE06EC"/>
    <w:rsid w:val="00F25BCE"/>
    <w:rsid w:val="00F270BC"/>
    <w:rsid w:val="00F313DE"/>
    <w:rsid w:val="00F5603F"/>
    <w:rsid w:val="00F65200"/>
    <w:rsid w:val="00FB0C86"/>
    <w:rsid w:val="00FB4367"/>
    <w:rsid w:val="00FC3388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4C5264F"/>
  <w14:defaultImageDpi w14:val="300"/>
  <w15:docId w15:val="{CB6A159F-702F-494E-A329-00A03BEA4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Rubrik1">
    <w:name w:val="heading 1"/>
    <w:basedOn w:val="Normal"/>
    <w:next w:val="Normal"/>
    <w:link w:val="Rubrik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618BF"/>
  </w:style>
  <w:style w:type="paragraph" w:styleId="Sidfot">
    <w:name w:val="footer"/>
    <w:basedOn w:val="Normal"/>
    <w:link w:val="Sidfo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618BF"/>
  </w:style>
  <w:style w:type="paragraph" w:styleId="Ingetavstnd">
    <w:name w:val="No Spacing"/>
    <w:uiPriority w:val="1"/>
    <w:qFormat/>
    <w:rsid w:val="00FC693F"/>
    <w:pPr>
      <w:spacing w:after="0" w:line="240" w:lineRule="auto"/>
    </w:pPr>
  </w:style>
  <w:style w:type="character" w:customStyle="1" w:styleId="Rubrik1Char">
    <w:name w:val="Rubrik 1 Char"/>
    <w:basedOn w:val="Standardstycketeckensnitt"/>
    <w:link w:val="Rubrik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ubrik">
    <w:name w:val="Title"/>
    <w:basedOn w:val="Normal"/>
    <w:next w:val="Normal"/>
    <w:link w:val="Rubrik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stycke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rdtext">
    <w:name w:val="Body Text"/>
    <w:basedOn w:val="Normal"/>
    <w:link w:val="BrdtextChar"/>
    <w:uiPriority w:val="99"/>
    <w:unhideWhenUsed/>
    <w:rsid w:val="00AA1D8D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rsid w:val="00AA1D8D"/>
  </w:style>
  <w:style w:type="paragraph" w:styleId="Brdtext2">
    <w:name w:val="Body Text 2"/>
    <w:basedOn w:val="Normal"/>
    <w:link w:val="Brdtext2Char"/>
    <w:uiPriority w:val="99"/>
    <w:unhideWhenUsed/>
    <w:rsid w:val="00AA1D8D"/>
    <w:pPr>
      <w:spacing w:after="120" w:line="480" w:lineRule="auto"/>
    </w:pPr>
  </w:style>
  <w:style w:type="character" w:customStyle="1" w:styleId="Brdtext2Char">
    <w:name w:val="Brödtext 2 Char"/>
    <w:basedOn w:val="Standardstycketeckensnitt"/>
    <w:link w:val="Brdtext2"/>
    <w:uiPriority w:val="99"/>
    <w:rsid w:val="00AA1D8D"/>
  </w:style>
  <w:style w:type="paragraph" w:styleId="Brdtext3">
    <w:name w:val="Body Text 3"/>
    <w:basedOn w:val="Normal"/>
    <w:link w:val="Brd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rdtext3Char">
    <w:name w:val="Brödtext 3 Char"/>
    <w:basedOn w:val="Standardstycketeckensnitt"/>
    <w:link w:val="Brdtext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Punktlista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Punktlista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Punktlista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Numreradlista">
    <w:name w:val="List Number"/>
    <w:basedOn w:val="Normal"/>
    <w:uiPriority w:val="99"/>
    <w:unhideWhenUsed/>
    <w:rsid w:val="00326F90"/>
    <w:pPr>
      <w:numPr>
        <w:numId w:val="4"/>
      </w:numPr>
      <w:contextualSpacing/>
    </w:pPr>
  </w:style>
  <w:style w:type="paragraph" w:styleId="Numreradlista2">
    <w:name w:val="List Number 2"/>
    <w:basedOn w:val="Normal"/>
    <w:uiPriority w:val="99"/>
    <w:unhideWhenUsed/>
    <w:rsid w:val="0029639D"/>
    <w:pPr>
      <w:numPr>
        <w:numId w:val="5"/>
      </w:numPr>
      <w:contextualSpacing/>
    </w:pPr>
  </w:style>
  <w:style w:type="paragraph" w:styleId="Numreradlista3">
    <w:name w:val="List Number 3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fortstt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fortstt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fortstt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krotext">
    <w:name w:val="macro"/>
    <w:link w:val="Mak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rsid w:val="0029639D"/>
    <w:rPr>
      <w:rFonts w:ascii="Courier" w:hAnsi="Courier"/>
      <w:sz w:val="20"/>
      <w:szCs w:val="20"/>
    </w:rPr>
  </w:style>
  <w:style w:type="paragraph" w:styleId="Citat">
    <w:name w:val="Quote"/>
    <w:basedOn w:val="Normal"/>
    <w:next w:val="Normal"/>
    <w:link w:val="CitatChar"/>
    <w:uiPriority w:val="29"/>
    <w:qFormat/>
    <w:rsid w:val="00FC693F"/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rsid w:val="00FC693F"/>
    <w:rPr>
      <w:i/>
      <w:iCs/>
      <w:color w:val="000000" w:themeColor="text1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ark">
    <w:name w:val="Strong"/>
    <w:basedOn w:val="Standardstycketeckensnitt"/>
    <w:uiPriority w:val="22"/>
    <w:qFormat/>
    <w:rsid w:val="00FC693F"/>
    <w:rPr>
      <w:b/>
      <w:bCs/>
    </w:rPr>
  </w:style>
  <w:style w:type="character" w:styleId="Betoning">
    <w:name w:val="Emphasis"/>
    <w:basedOn w:val="Standardstycketeckensnitt"/>
    <w:uiPriority w:val="20"/>
    <w:qFormat/>
    <w:rsid w:val="00FC693F"/>
    <w:rPr>
      <w:i/>
      <w:iCs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FC693F"/>
    <w:rPr>
      <w:b/>
      <w:bCs/>
      <w:i/>
      <w:iCs/>
      <w:color w:val="4F81BD" w:themeColor="accent1"/>
    </w:rPr>
  </w:style>
  <w:style w:type="character" w:styleId="Diskretbetoning">
    <w:name w:val="Subtle Emphasis"/>
    <w:basedOn w:val="Standardstycketeckensnitt"/>
    <w:uiPriority w:val="19"/>
    <w:qFormat/>
    <w:rsid w:val="00FC693F"/>
    <w:rPr>
      <w:i/>
      <w:iCs/>
      <w:color w:val="808080" w:themeColor="text1" w:themeTint="7F"/>
    </w:rPr>
  </w:style>
  <w:style w:type="character" w:styleId="Starkbetoning">
    <w:name w:val="Intense Emphasis"/>
    <w:basedOn w:val="Standardstycketeckensnitt"/>
    <w:uiPriority w:val="21"/>
    <w:qFormat/>
    <w:rsid w:val="00FC693F"/>
    <w:rPr>
      <w:b/>
      <w:bCs/>
      <w:i/>
      <w:iCs/>
      <w:color w:val="4F81BD" w:themeColor="accent1"/>
    </w:rPr>
  </w:style>
  <w:style w:type="character" w:styleId="Diskretreferens">
    <w:name w:val="Subtle Reference"/>
    <w:basedOn w:val="Standardstycketeckensnitt"/>
    <w:uiPriority w:val="31"/>
    <w:qFormat/>
    <w:rsid w:val="00FC693F"/>
    <w:rPr>
      <w:smallCaps/>
      <w:color w:val="C0504D" w:themeColor="accent2"/>
      <w:u w:val="single"/>
    </w:rPr>
  </w:style>
  <w:style w:type="character" w:styleId="Starkreferens">
    <w:name w:val="Intense Reference"/>
    <w:basedOn w:val="Standardstycketeckensnit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kenstitel">
    <w:name w:val="Book Title"/>
    <w:basedOn w:val="Standardstycketeckensnitt"/>
    <w:uiPriority w:val="33"/>
    <w:qFormat/>
    <w:rsid w:val="00FC693F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C693F"/>
    <w:pPr>
      <w:outlineLvl w:val="9"/>
    </w:pPr>
  </w:style>
  <w:style w:type="table" w:styleId="Tabellrutnt">
    <w:name w:val="Table Grid"/>
    <w:basedOn w:val="Normaltabel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skuggning">
    <w:name w:val="Light Shading"/>
    <w:basedOn w:val="Normaltabel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jusskuggning-dekorfrg1">
    <w:name w:val="Light Shading Accent 1"/>
    <w:basedOn w:val="Normaltabel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jusskuggning-dekorfrg2">
    <w:name w:val="Light Shading Accent 2"/>
    <w:basedOn w:val="Normaltabel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jusskuggning-dekorfrg3">
    <w:name w:val="Light Shading Accent 3"/>
    <w:basedOn w:val="Normaltabel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jusskuggning-dekorfrg4">
    <w:name w:val="Light Shading Accent 4"/>
    <w:basedOn w:val="Normaltabel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jusskuggning-dekorfrg5">
    <w:name w:val="Light Shading Accent 5"/>
    <w:basedOn w:val="Normaltabel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jusskuggning-dekorfrg6">
    <w:name w:val="Light Shading Accent 6"/>
    <w:basedOn w:val="Normaltabel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juslista">
    <w:name w:val="Light List"/>
    <w:basedOn w:val="Normaltabel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juslista-dekorfrg1">
    <w:name w:val="Light List Accent 1"/>
    <w:basedOn w:val="Normaltabel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juslista-dekorfrg2">
    <w:name w:val="Light List Accent 2"/>
    <w:basedOn w:val="Normaltabel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juslista-dekorfrg3">
    <w:name w:val="Light List Accent 3"/>
    <w:basedOn w:val="Normaltabel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juslista-dekorfrg4">
    <w:name w:val="Light List Accent 4"/>
    <w:basedOn w:val="Normaltabel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juslista-dekorfrg5">
    <w:name w:val="Light List Accent 5"/>
    <w:basedOn w:val="Normaltabel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juslista-dekorfrg6">
    <w:name w:val="Light List Accent 6"/>
    <w:basedOn w:val="Normaltabel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justrutnt">
    <w:name w:val="Light Grid"/>
    <w:basedOn w:val="Normal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justrutnt-dekorfrg1">
    <w:name w:val="Light Grid Accent 1"/>
    <w:basedOn w:val="Normal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justrutnt-dekorfrg2">
    <w:name w:val="Light Grid Accent 2"/>
    <w:basedOn w:val="Normal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justrutnt-dekorfrg3">
    <w:name w:val="Light Grid Accent 3"/>
    <w:basedOn w:val="Normal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justrutnt-dekorfrg4">
    <w:name w:val="Light Grid Accent 4"/>
    <w:basedOn w:val="Normal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justrutnt-dekorfrg5">
    <w:name w:val="Light Grid Accent 5"/>
    <w:basedOn w:val="Normal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justrutnt-dekorfrg6">
    <w:name w:val="Light Grid Accent 6"/>
    <w:basedOn w:val="Normal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llanmrkskuggning1">
    <w:name w:val="Medium Shading 1"/>
    <w:basedOn w:val="Normal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2">
    <w:name w:val="Medium Shading 1 Accent 2"/>
    <w:basedOn w:val="Normal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3">
    <w:name w:val="Medium Shading 1 Accent 3"/>
    <w:basedOn w:val="Normal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4">
    <w:name w:val="Medium Shading 1 Accent 4"/>
    <w:basedOn w:val="Normal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5">
    <w:name w:val="Medium Shading 1 Accent 5"/>
    <w:basedOn w:val="Normal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2">
    <w:name w:val="Medium Shading 2"/>
    <w:basedOn w:val="Normal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1">
    <w:name w:val="Medium Shading 2 Accent 1"/>
    <w:basedOn w:val="Normal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2">
    <w:name w:val="Medium Shading 2 Accent 2"/>
    <w:basedOn w:val="Normal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3">
    <w:name w:val="Medium Shading 2 Accent 3"/>
    <w:basedOn w:val="Normal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4">
    <w:name w:val="Medium Shading 2 Accent 4"/>
    <w:basedOn w:val="Normal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5">
    <w:name w:val="Medium Shading 2 Accent 5"/>
    <w:basedOn w:val="Normal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6">
    <w:name w:val="Medium Shading 2 Accent 6"/>
    <w:basedOn w:val="Normal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lista1">
    <w:name w:val="Medium List 1"/>
    <w:basedOn w:val="Normal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llanmrklista1-dekorfrg1">
    <w:name w:val="Medium List 1 Accent 1"/>
    <w:basedOn w:val="Normal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llanmrklista1-dekorfrg2">
    <w:name w:val="Medium List 1 Accent 2"/>
    <w:basedOn w:val="Normal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llanmrklista1-dekorfrg3">
    <w:name w:val="Medium List 1 Accent 3"/>
    <w:basedOn w:val="Normal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llanmrklista1-dekorfrg4">
    <w:name w:val="Medium List 1 Accent 4"/>
    <w:basedOn w:val="Normal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llanmrklista1-dekorfrg5">
    <w:name w:val="Medium List 1 Accent 5"/>
    <w:basedOn w:val="Normal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llanmrklista1-dekorfrg6">
    <w:name w:val="Medium List 1 Accent 6"/>
    <w:basedOn w:val="Normal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llanmrklista2">
    <w:name w:val="Medium List 2"/>
    <w:basedOn w:val="Normal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1">
    <w:name w:val="Medium List 2 Accent 1"/>
    <w:basedOn w:val="Normal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2">
    <w:name w:val="Medium List 2 Accent 2"/>
    <w:basedOn w:val="Normal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3">
    <w:name w:val="Medium List 2 Accent 3"/>
    <w:basedOn w:val="Normal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4">
    <w:name w:val="Medium List 2 Accent 4"/>
    <w:basedOn w:val="Normal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5">
    <w:name w:val="Medium List 2 Accent 5"/>
    <w:basedOn w:val="Normal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6">
    <w:name w:val="Medium List 2 Accent 6"/>
    <w:basedOn w:val="Normal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trutnt1">
    <w:name w:val="Medium Grid 1"/>
    <w:basedOn w:val="Normal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trutnt1-dekorfrg1">
    <w:name w:val="Medium Grid 1 Accent 1"/>
    <w:basedOn w:val="Normal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llanmrktrutnt1-dekorfrg2">
    <w:name w:val="Medium Grid 1 Accent 2"/>
    <w:basedOn w:val="Normal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llanmrktrutnt1-dekorfrg3">
    <w:name w:val="Medium Grid 1 Accent 3"/>
    <w:basedOn w:val="Normal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llanmrktrutnt1-dekorfrg4">
    <w:name w:val="Medium Grid 1 Accent 4"/>
    <w:basedOn w:val="Normal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llanmrktrutnt1-dekorfrg5">
    <w:name w:val="Medium Grid 1 Accent 5"/>
    <w:basedOn w:val="Normal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llanmrktrutnt1-dekorfrg6">
    <w:name w:val="Medium Grid 1 Accent 6"/>
    <w:basedOn w:val="Normal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llanmrktrutnt2">
    <w:name w:val="Medium Grid 2"/>
    <w:basedOn w:val="Normal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1">
    <w:name w:val="Medium Grid 2 Accent 1"/>
    <w:basedOn w:val="Normal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2">
    <w:name w:val="Medium Grid 2 Accent 2"/>
    <w:basedOn w:val="Normal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3">
    <w:name w:val="Medium Grid 2 Accent 3"/>
    <w:basedOn w:val="Normal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4">
    <w:name w:val="Medium Grid 2 Accent 4"/>
    <w:basedOn w:val="Normal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5">
    <w:name w:val="Medium Grid 2 Accent 5"/>
    <w:basedOn w:val="Normal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6">
    <w:name w:val="Medium Grid 2 Accent 6"/>
    <w:basedOn w:val="Normal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3">
    <w:name w:val="Medium Grid 3"/>
    <w:basedOn w:val="Normal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llanmrktrutnt3-dekorfrg1">
    <w:name w:val="Medium Grid 3 Accent 1"/>
    <w:basedOn w:val="Normal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llanmrktrutnt3-dekorfrg2">
    <w:name w:val="Medium Grid 3 Accent 2"/>
    <w:basedOn w:val="Normal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llanmrktrutnt3-dekorfrg3">
    <w:name w:val="Medium Grid 3 Accent 3"/>
    <w:basedOn w:val="Normal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llanmrktrutnt3-dekorfrg4">
    <w:name w:val="Medium Grid 3 Accent 4"/>
    <w:basedOn w:val="Normal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llanmrktrutnt3-dekorfrg5">
    <w:name w:val="Medium Grid 3 Accent 5"/>
    <w:basedOn w:val="Normal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llanmrktrutnt3-dekorfrg6">
    <w:name w:val="Medium Grid 3 Accent 6"/>
    <w:basedOn w:val="Normal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rklista">
    <w:name w:val="Dark List"/>
    <w:basedOn w:val="Normal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a-dekorfrg1">
    <w:name w:val="Dark List Accent 1"/>
    <w:basedOn w:val="Normal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Mrklista-dekorfrg2">
    <w:name w:val="Dark List Accent 2"/>
    <w:basedOn w:val="Normal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Mrklista-dekorfrg3">
    <w:name w:val="Dark List Accent 3"/>
    <w:basedOn w:val="Normal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Mrklista-dekorfrg4">
    <w:name w:val="Dark List Accent 4"/>
    <w:basedOn w:val="Normal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Mrklista-dekorfrg5">
    <w:name w:val="Dark List Accent 5"/>
    <w:basedOn w:val="Normal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Mrklista-dekorfrg6">
    <w:name w:val="Dark List Accent 6"/>
    <w:basedOn w:val="Normal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Frgadskuggning">
    <w:name w:val="Colorful Shading"/>
    <w:basedOn w:val="Normal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1">
    <w:name w:val="Colorful Shading Accent 1"/>
    <w:basedOn w:val="Normal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2">
    <w:name w:val="Colorful Shading Accent 2"/>
    <w:basedOn w:val="Normal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3">
    <w:name w:val="Colorful Shading Accent 3"/>
    <w:basedOn w:val="Normal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rgadskuggning-dekorfrg4">
    <w:name w:val="Colorful Shading Accent 4"/>
    <w:basedOn w:val="Normal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5">
    <w:name w:val="Colorful Shading Accent 5"/>
    <w:basedOn w:val="Normal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6">
    <w:name w:val="Colorful Shading Accent 6"/>
    <w:basedOn w:val="Normal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lista">
    <w:name w:val="Colorful List"/>
    <w:basedOn w:val="Normal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rgadlista-dekorfrg1">
    <w:name w:val="Colorful List Accent 1"/>
    <w:basedOn w:val="Normal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rgadlista-dekorfrg2">
    <w:name w:val="Colorful List Accent 2"/>
    <w:basedOn w:val="Normal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rgadlista-dekorfrg3">
    <w:name w:val="Colorful List Accent 3"/>
    <w:basedOn w:val="Normal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rgadlista-dekorfrg4">
    <w:name w:val="Colorful List Accent 4"/>
    <w:basedOn w:val="Normal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rgadlista-dekorfrg5">
    <w:name w:val="Colorful List Accent 5"/>
    <w:basedOn w:val="Normal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rgadlista-dekorfrg6">
    <w:name w:val="Colorful List Accent 6"/>
    <w:basedOn w:val="Normal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rgatrutnt">
    <w:name w:val="Colorful Grid"/>
    <w:basedOn w:val="Normal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rgatrutnt-dekorfrg1">
    <w:name w:val="Colorful Grid Accent 1"/>
    <w:basedOn w:val="Normal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rgatrutnt-dekorfrg2">
    <w:name w:val="Colorful Grid Accent 2"/>
    <w:basedOn w:val="Normal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rgatrutnt-dekorfrg3">
    <w:name w:val="Colorful Grid Accent 3"/>
    <w:basedOn w:val="Normal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rgatrutnt-dekorfrg4">
    <w:name w:val="Colorful Grid Accent 4"/>
    <w:basedOn w:val="Normal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rgatrutnt-dekorfrg5">
    <w:name w:val="Colorful Grid Accent 5"/>
    <w:basedOn w:val="Normal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rgatrutnt-dekorfrg6">
    <w:name w:val="Colorful Grid Accent 6"/>
    <w:basedOn w:val="Normal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nk">
    <w:name w:val="Hyperlink"/>
    <w:basedOn w:val="Standardstycketeckensnitt"/>
    <w:uiPriority w:val="99"/>
    <w:unhideWhenUsed/>
    <w:rsid w:val="002A5E2F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2A5E2F"/>
    <w:rPr>
      <w:color w:val="605E5C"/>
      <w:shd w:val="clear" w:color="auto" w:fill="E1DFDD"/>
    </w:rPr>
  </w:style>
  <w:style w:type="paragraph" w:styleId="Normalwebb">
    <w:name w:val="Normal (Web)"/>
    <w:basedOn w:val="Normal"/>
    <w:uiPriority w:val="99"/>
    <w:unhideWhenUsed/>
    <w:rsid w:val="004A05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v-SE" w:eastAsia="sv-SE"/>
    </w:rPr>
  </w:style>
  <w:style w:type="character" w:customStyle="1" w:styleId="apple-converted-space">
    <w:name w:val="apple-converted-space"/>
    <w:basedOn w:val="Standardstycketeckensnitt"/>
    <w:rsid w:val="004A05A8"/>
  </w:style>
  <w:style w:type="character" w:styleId="AnvndHyperlnk">
    <w:name w:val="FollowedHyperlink"/>
    <w:basedOn w:val="Standardstycketeckensnitt"/>
    <w:uiPriority w:val="99"/>
    <w:semiHidden/>
    <w:unhideWhenUsed/>
    <w:rsid w:val="00B87EA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695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20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81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8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3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9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99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488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22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05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02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50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71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86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12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329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1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hildinghundcoach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638</Words>
  <Characters>3385</Characters>
  <Application>Microsoft Office Word</Application>
  <DocSecurity>0</DocSecurity>
  <Lines>28</Lines>
  <Paragraphs>8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4015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hildinghundcoach@outlook.com</cp:lastModifiedBy>
  <cp:revision>2</cp:revision>
  <dcterms:created xsi:type="dcterms:W3CDTF">2025-03-27T13:49:00Z</dcterms:created>
  <dcterms:modified xsi:type="dcterms:W3CDTF">2025-03-27T13:49:00Z</dcterms:modified>
  <cp:category/>
</cp:coreProperties>
</file>